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spacing w:before="0" w:after="640" w:line="276" w:lineRule="auto"/>
        <w:ind w:left="0"/>
      </w:pPr>
      <w:r>
        <w:rPr>
          <w:rFonts w:ascii="Arial" w:hAnsi="Arial"/>
          <w:b/>
          <w:color w:val="000000"/>
          <w:sz w:val="21"/>
        </w:rPr>
        <w:t>УЧЕБНЫЙ СБОРНИК</w:t>
      </w:r>
    </w:p>
    <w:p>
      <w:pPr>
        <w:pStyle w:val="Title"/>
        <w:widowControl/>
        <w:spacing w:before="0" w:after="320" w:line="276" w:lineRule="auto"/>
        <w:ind w:left="0"/>
      </w:pPr>
      <w:r>
        <w:rPr>
          <w:rFonts w:ascii="Arial" w:hAnsi="Arial"/>
          <w:b/>
          <w:color w:val="000000"/>
          <w:sz w:val="68"/>
        </w:rPr>
        <w:t>Подготовка к НИШ</w:t>
      </w:r>
    </w:p>
    <w:p>
      <w:pPr>
        <w:widowControl/>
        <w:spacing w:before="0" w:after="400" w:line="276" w:lineRule="auto"/>
        <w:ind w:left="0"/>
      </w:pPr>
      <w:r>
        <w:rPr>
          <w:rFonts w:ascii="Arial" w:hAnsi="Arial"/>
          <w:b w:val="0"/>
          <w:color w:val="000000"/>
          <w:sz w:val="40"/>
        </w:rPr>
        <w:t>Математика</w:t>
        <w:br/>
        <w:t>и количественные характеристики</w:t>
      </w:r>
    </w:p>
    <w:p>
      <w:pPr>
        <w:widowControl/>
        <w:spacing w:before="0" w:after="520" w:line="276" w:lineRule="auto"/>
        <w:ind w:left="0"/>
      </w:pPr>
      <w:r>
        <w:rPr>
          <w:rFonts w:ascii="Arial" w:hAnsi="Arial"/>
          <w:b w:val="0"/>
          <w:color w:val="000000"/>
          <w:sz w:val="24"/>
        </w:rPr>
        <w:t>Поступление в 7 класс</w:t>
      </w:r>
    </w:p>
    <w:p>
      <w:pPr>
        <w:spacing w:after="480"/>
      </w:pPr>
      <w:r>
        <w:drawing>
          <wp:inline xmlns:a="http://schemas.openxmlformats.org/drawingml/2006/main" xmlns:pic="http://schemas.openxmlformats.org/drawingml/2006/picture">
            <wp:extent cx="6315405" cy="26416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_geometry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15405" cy="2641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/>
        <w:spacing w:before="0" w:after="240" w:line="276" w:lineRule="auto"/>
        <w:ind w:left="0"/>
      </w:pPr>
      <w:r>
        <w:rPr>
          <w:rFonts w:ascii="Arial" w:hAnsi="Arial"/>
          <w:b/>
          <w:color w:val="000000"/>
          <w:sz w:val="32"/>
        </w:rPr>
        <w:t>520 заданий · 3 пробных варианта</w:t>
      </w:r>
    </w:p>
    <w:p>
      <w:pPr>
        <w:widowControl/>
        <w:spacing w:before="0" w:after="760" w:line="276" w:lineRule="auto"/>
        <w:ind w:left="0"/>
      </w:pPr>
      <w:r>
        <w:rPr>
          <w:rFonts w:ascii="Arial" w:hAnsi="Arial"/>
          <w:b w:val="0"/>
          <w:color w:val="000000"/>
          <w:sz w:val="24"/>
        </w:rPr>
        <w:t>Теория, графическая практика и решения</w:t>
      </w:r>
    </w:p>
    <w:p>
      <w:pPr>
        <w:widowControl/>
        <w:spacing w:before="0" w:after="240" w:line="276" w:lineRule="auto"/>
        <w:ind w:left="0"/>
      </w:pPr>
      <w:r>
        <w:rPr>
          <w:rFonts w:ascii="Arial" w:hAnsi="Arial"/>
          <w:b w:val="0"/>
          <w:color w:val="000000"/>
          <w:sz w:val="24"/>
        </w:rPr>
        <w:t>Для учеников 5–6 классов</w:t>
      </w:r>
    </w:p>
    <w:p>
      <w:pPr>
        <w:widowControl/>
        <w:spacing w:before="0" w:after="36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Русский язык обучения · Издание 2026 года</w:t>
      </w:r>
    </w:p>
    <w:p>
      <w:pPr>
        <w:widowControl/>
        <w:spacing w:before="0" w:after="0" w:line="276" w:lineRule="auto"/>
        <w:ind w:left="0"/>
      </w:pPr>
      <w:r>
        <w:rPr>
          <w:rFonts w:ascii="Arial" w:hAnsi="Arial"/>
          <w:b w:val="0"/>
          <w:color w:val="000000"/>
          <w:sz w:val="18"/>
        </w:rPr>
        <w:t>Независимое учебное издание. Не является официальным сборником НИШ.</w:t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Как пользоваться книгой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Сначала понимание, затем скорость</w:t>
      </w:r>
    </w:p>
    <w:p>
      <w:pPr>
        <w:widowControl/>
        <w:spacing w:before="0" w:after="30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Книга помогает подготовиться к двум разделам отбора в 7 класс НИШ: математике и количественным характеристикам. В ней 520 заданий, краткая теория, рисунки и объяснения всех решений.</w:t>
      </w:r>
    </w:p>
    <w:p>
      <w:pPr>
        <w:widowControl/>
        <w:spacing w:before="0" w:after="30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Тематическая практика имеет сквозные номера 1–220. В каждой математической главе после десяти базовых задач идут три углублённые. Далее расположены 60 сравнений и 16 графических заданий. Новый блок 181–220 содержит 24 задачи по математике и 16 сравнений повышенной сложности с подробными решениями.</w:t>
      </w:r>
    </w:p>
    <w:p>
      <w:pPr>
        <w:widowControl/>
        <w:spacing w:before="0" w:after="30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В каждом из трёх пробников нумерация начинается заново: математика — 1–40, количественные характеристики — 1–60. В бланках используются эти же номера. Для ссылки достаточно указать пробник, раздел и номер, например: «Пробник 2, математика, задача 16».</w:t>
      </w:r>
    </w:p>
    <w:p>
      <w:pPr>
        <w:widowControl/>
        <w:spacing w:before="0" w:after="30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Читайте объяснение метода, затем решайте задания в тетради или на отведённых строках. После сверки с ключом найдите причину ошибки и повторите задачу через 2–3 дня, закрыв прежнее решение.</w:t>
      </w:r>
    </w:p>
    <w:p>
      <w:pPr>
        <w:widowControl/>
        <w:spacing w:before="0" w:after="30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Пробник 1 проверяет базовые приёмы. Пробники 2 и 3 включают смешанные задачи, графику и более сложные ограничения. На математику отведите 60 минут, на сравнения — 30 минут [1]. Не открывайте ключи заранее.</w:t>
      </w:r>
    </w:p>
    <w:p>
      <w:pPr>
        <w:widowControl/>
        <w:spacing w:before="0" w:after="30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Учебный результат — число верных ответов из 40 и из 60. Он не переводится в официальный балл или вероятность поступления: задания не проходили экзаменационную калибровку. Естествознание и языковые разделы в книгу не включены.</w:t>
      </w:r>
    </w:p>
    <w:p>
      <w:pPr>
        <w:widowControl/>
        <w:spacing w:before="0" w:after="30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В конце находятся отдельные ключи и решения для тематической практики и каждого пробника. В PDF работают закладки и ссылки из содержания. При изменении Word номера страниц могут сместиться.</w:t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Содержание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Часть первая</w:t>
      </w:r>
    </w:p>
    <w:p>
      <w:pPr>
        <w:widowControl/>
        <w:tabs>
          <w:tab w:pos="9946" w:val="right" w:leader="dot"/>
        </w:tabs>
        <w:spacing w:before="0" w:after="20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Как пользоваться книгой</w:t>
        <w:tab/>
        <w:t>2</w:t>
      </w:r>
    </w:p>
    <w:p>
      <w:pPr>
        <w:widowControl/>
        <w:tabs>
          <w:tab w:pos="9946" w:val="right" w:leader="dot"/>
        </w:tabs>
        <w:spacing w:before="0" w:after="20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План подготовки</w:t>
        <w:tab/>
        <w:t>5</w:t>
      </w:r>
    </w:p>
    <w:p>
      <w:pPr>
        <w:widowControl/>
        <w:tabs>
          <w:tab w:pos="9946" w:val="right" w:leader="dot"/>
        </w:tabs>
        <w:spacing w:before="0" w:after="20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Краткий справочник</w:t>
        <w:tab/>
        <w:t>6</w:t>
      </w:r>
    </w:p>
    <w:p>
      <w:pPr>
        <w:widowControl/>
        <w:tabs>
          <w:tab w:pos="9946" w:val="right" w:leader="dot"/>
        </w:tabs>
        <w:spacing w:before="0" w:after="20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Математика 1 · Натуральные числа и делимость</w:t>
        <w:tab/>
        <w:t>7</w:t>
      </w:r>
    </w:p>
    <w:p>
      <w:pPr>
        <w:widowControl/>
        <w:tabs>
          <w:tab w:pos="9946" w:val="right" w:leader="dot"/>
        </w:tabs>
        <w:spacing w:before="0" w:after="20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Математика 2 · Дроби и десятичные числа</w:t>
        <w:tab/>
        <w:t>11</w:t>
      </w:r>
    </w:p>
    <w:p>
      <w:pPr>
        <w:widowControl/>
        <w:tabs>
          <w:tab w:pos="9946" w:val="right" w:leader="dot"/>
        </w:tabs>
        <w:spacing w:before="0" w:after="20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Математика 3 · Отношения, пропорции и проценты</w:t>
        <w:tab/>
        <w:t>15</w:t>
      </w:r>
    </w:p>
    <w:p>
      <w:pPr>
        <w:widowControl/>
        <w:tabs>
          <w:tab w:pos="9946" w:val="right" w:leader="dot"/>
        </w:tabs>
        <w:spacing w:before="0" w:after="20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Математика 4 · Выражения, уравнения и неравенства</w:t>
        <w:tab/>
        <w:t>19</w:t>
      </w:r>
    </w:p>
    <w:p>
      <w:pPr>
        <w:widowControl/>
        <w:tabs>
          <w:tab w:pos="9946" w:val="right" w:leader="dot"/>
        </w:tabs>
        <w:spacing w:before="0" w:after="20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Математика 5 · Движение, работа и производительность</w:t>
        <w:tab/>
        <w:t>23</w:t>
      </w:r>
    </w:p>
    <w:p>
      <w:pPr>
        <w:widowControl/>
        <w:tabs>
          <w:tab w:pos="9946" w:val="right" w:leader="dot"/>
        </w:tabs>
        <w:spacing w:before="0" w:after="20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Математика 6 · Геометрия и измерения</w:t>
        <w:tab/>
        <w:t>27</w:t>
      </w:r>
    </w:p>
    <w:p>
      <w:pPr>
        <w:widowControl/>
        <w:tabs>
          <w:tab w:pos="9946" w:val="right" w:leader="dot"/>
        </w:tabs>
        <w:spacing w:before="0" w:after="20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Математика 7 · Данные, средние значения и подсчёт</w:t>
        <w:tab/>
        <w:t>31</w:t>
      </w:r>
    </w:p>
    <w:p>
      <w:pPr>
        <w:widowControl/>
        <w:tabs>
          <w:tab w:pos="9946" w:val="right" w:leader="dot"/>
        </w:tabs>
        <w:spacing w:before="0" w:after="20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Математика 8 · Логические и многошаговые задачи</w:t>
        <w:tab/>
        <w:t>35</w:t>
      </w:r>
    </w:p>
    <w:p>
      <w:pPr>
        <w:widowControl/>
        <w:tabs>
          <w:tab w:pos="9946" w:val="right" w:leader="dot"/>
        </w:tabs>
        <w:spacing w:before="0" w:after="20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Сравнения 1 · Сравнение числовых выражений</w:t>
        <w:tab/>
        <w:t>39</w:t>
      </w:r>
    </w:p>
    <w:p>
      <w:pPr>
        <w:widowControl/>
        <w:tabs>
          <w:tab w:pos="9946" w:val="right" w:leader="dot"/>
        </w:tabs>
        <w:spacing w:before="0" w:after="20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Сравнения 2 · Переменные и достаточность условий</w:t>
        <w:tab/>
        <w:t>42</w:t>
      </w:r>
    </w:p>
    <w:p>
      <w:pPr>
        <w:widowControl/>
        <w:tabs>
          <w:tab w:pos="9946" w:val="right" w:leader="dot"/>
        </w:tabs>
        <w:spacing w:before="0" w:after="20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Сравнения 3 · Доли отношения и проценты</w:t>
        <w:tab/>
        <w:t>45</w:t>
      </w:r>
    </w:p>
    <w:p>
      <w:pPr>
        <w:widowControl/>
        <w:tabs>
          <w:tab w:pos="9946" w:val="right" w:leader="dot"/>
        </w:tabs>
        <w:spacing w:before="0" w:after="20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Сравнения 4 · Величины, единицы и скорость</w:t>
        <w:tab/>
        <w:t>48</w:t>
      </w:r>
    </w:p>
    <w:p>
      <w:pPr>
        <w:widowControl/>
        <w:tabs>
          <w:tab w:pos="9946" w:val="right" w:leader="dot"/>
        </w:tabs>
        <w:spacing w:before="0" w:after="20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Сравнения 5 · Геометрические сравнения</w:t>
        <w:tab/>
        <w:t>51</w:t>
      </w:r>
    </w:p>
    <w:p>
      <w:pPr>
        <w:widowControl/>
        <w:tabs>
          <w:tab w:pos="9946" w:val="right" w:leader="dot"/>
        </w:tabs>
        <w:spacing w:before="0" w:after="20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Сравнения 6 · Данные, границы и целые числа</w:t>
        <w:tab/>
        <w:t>54</w:t>
      </w:r>
    </w:p>
    <w:p>
      <w:pPr>
        <w:widowControl/>
        <w:tabs>
          <w:tab w:pos="9946" w:val="right" w:leader="dot"/>
        </w:tabs>
        <w:spacing w:before="0" w:after="20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Графическая практика</w:t>
        <w:tab/>
        <w:t>57</w:t>
      </w:r>
    </w:p>
    <w:p>
      <w:pPr>
        <w:widowControl/>
        <w:tabs>
          <w:tab w:pos="9946" w:val="right" w:leader="dot"/>
        </w:tabs>
        <w:spacing w:before="0" w:after="20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Повышенная сложность</w:t>
        <w:tab/>
        <w:t>65</w:t>
      </w:r>
    </w:p>
    <w:p>
      <w:pPr>
        <w:widowControl/>
        <w:tabs>
          <w:tab w:pos="9946" w:val="right" w:leader="dot"/>
        </w:tabs>
        <w:spacing w:before="0" w:after="20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Сложные задачи по математике</w:t>
        <w:tab/>
        <w:t>66</w:t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Содержание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Часть вторая</w:t>
      </w:r>
    </w:p>
    <w:p>
      <w:pPr>
        <w:widowControl/>
        <w:tabs>
          <w:tab w:pos="9946" w:val="right" w:leader="dot"/>
        </w:tabs>
        <w:spacing w:before="0" w:after="20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Сложные сравнения величин</w:t>
        <w:tab/>
        <w:t>74</w:t>
      </w:r>
    </w:p>
    <w:p>
      <w:pPr>
        <w:widowControl/>
        <w:tabs>
          <w:tab w:pos="9946" w:val="right" w:leader="dot"/>
        </w:tabs>
        <w:spacing w:before="0" w:after="20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Пробник 1 · Контроль базы</w:t>
        <w:tab/>
        <w:t>78</w:t>
      </w:r>
    </w:p>
    <w:p>
      <w:pPr>
        <w:widowControl/>
        <w:tabs>
          <w:tab w:pos="9946" w:val="right" w:leader="dot"/>
        </w:tabs>
        <w:spacing w:before="0" w:after="20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Пробник 2 · Смешанные задачи и графика</w:t>
        <w:tab/>
        <w:t>101</w:t>
      </w:r>
    </w:p>
    <w:p>
      <w:pPr>
        <w:widowControl/>
        <w:tabs>
          <w:tab w:pos="9946" w:val="right" w:leader="dot"/>
        </w:tabs>
        <w:spacing w:before="0" w:after="20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Пробник 3 · Повышенная сложность</w:t>
        <w:tab/>
        <w:t>129</w:t>
      </w:r>
    </w:p>
    <w:p>
      <w:pPr>
        <w:widowControl/>
        <w:tabs>
          <w:tab w:pos="9946" w:val="right" w:leader="dot"/>
        </w:tabs>
        <w:spacing w:before="0" w:after="20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Ответы · Тематическая практика</w:t>
        <w:tab/>
        <w:t>157</w:t>
      </w:r>
    </w:p>
    <w:p>
      <w:pPr>
        <w:widowControl/>
        <w:tabs>
          <w:tab w:pos="9946" w:val="right" w:leader="dot"/>
        </w:tabs>
        <w:spacing w:before="0" w:after="20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Ответы · Повышенная сложность</w:t>
        <w:tab/>
        <w:t>159</w:t>
      </w:r>
    </w:p>
    <w:p>
      <w:pPr>
        <w:widowControl/>
        <w:tabs>
          <w:tab w:pos="9946" w:val="right" w:leader="dot"/>
        </w:tabs>
        <w:spacing w:before="0" w:after="20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Ответы · Пробник 1</w:t>
        <w:tab/>
        <w:t>160</w:t>
      </w:r>
    </w:p>
    <w:p>
      <w:pPr>
        <w:widowControl/>
        <w:tabs>
          <w:tab w:pos="9946" w:val="right" w:leader="dot"/>
        </w:tabs>
        <w:spacing w:before="0" w:after="20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Ответы · Пробник 2</w:t>
        <w:tab/>
        <w:t>161</w:t>
      </w:r>
    </w:p>
    <w:p>
      <w:pPr>
        <w:widowControl/>
        <w:tabs>
          <w:tab w:pos="9946" w:val="right" w:leader="dot"/>
        </w:tabs>
        <w:spacing w:before="0" w:after="20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Ответы · Пробник 3</w:t>
        <w:tab/>
        <w:t>162</w:t>
      </w:r>
    </w:p>
    <w:p>
      <w:pPr>
        <w:widowControl/>
        <w:tabs>
          <w:tab w:pos="9946" w:val="right" w:leader="dot"/>
        </w:tabs>
        <w:spacing w:before="0" w:after="20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Решения · Тематическая практика</w:t>
        <w:tab/>
        <w:t>163</w:t>
      </w:r>
    </w:p>
    <w:p>
      <w:pPr>
        <w:widowControl/>
        <w:tabs>
          <w:tab w:pos="9946" w:val="right" w:leader="dot"/>
        </w:tabs>
        <w:spacing w:before="0" w:after="20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Решения · Повышенная сложность</w:t>
        <w:tab/>
        <w:t>181</w:t>
      </w:r>
    </w:p>
    <w:p>
      <w:pPr>
        <w:widowControl/>
        <w:tabs>
          <w:tab w:pos="9946" w:val="right" w:leader="dot"/>
        </w:tabs>
        <w:spacing w:before="0" w:after="20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Решения · Пробник 1 · Математика</w:t>
        <w:tab/>
        <w:t>191</w:t>
      </w:r>
    </w:p>
    <w:p>
      <w:pPr>
        <w:widowControl/>
        <w:tabs>
          <w:tab w:pos="9946" w:val="right" w:leader="dot"/>
        </w:tabs>
        <w:spacing w:before="0" w:after="20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Решения · Пробник 1 · Сравнения</w:t>
        <w:tab/>
        <w:t>195</w:t>
      </w:r>
    </w:p>
    <w:p>
      <w:pPr>
        <w:widowControl/>
        <w:tabs>
          <w:tab w:pos="9946" w:val="right" w:leader="dot"/>
        </w:tabs>
        <w:spacing w:before="0" w:after="20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Решения · Пробник 2 · Математика</w:t>
        <w:tab/>
        <w:t>201</w:t>
      </w:r>
    </w:p>
    <w:p>
      <w:pPr>
        <w:widowControl/>
        <w:tabs>
          <w:tab w:pos="9946" w:val="right" w:leader="dot"/>
        </w:tabs>
        <w:spacing w:before="0" w:after="20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Решения · Пробник 2 · Сравнения</w:t>
        <w:tab/>
        <w:t>205</w:t>
      </w:r>
    </w:p>
    <w:p>
      <w:pPr>
        <w:widowControl/>
        <w:tabs>
          <w:tab w:pos="9946" w:val="right" w:leader="dot"/>
        </w:tabs>
        <w:spacing w:before="0" w:after="20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Решения · Пробник 3 · Математика</w:t>
        <w:tab/>
        <w:t>211</w:t>
      </w:r>
    </w:p>
    <w:p>
      <w:pPr>
        <w:widowControl/>
        <w:tabs>
          <w:tab w:pos="9946" w:val="right" w:leader="dot"/>
        </w:tabs>
        <w:spacing w:before="0" w:after="20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Решения · Пробник 3 · Сравнения</w:t>
        <w:tab/>
        <w:t>215</w:t>
      </w:r>
    </w:p>
    <w:p>
      <w:pPr>
        <w:widowControl/>
        <w:tabs>
          <w:tab w:pos="9946" w:val="right" w:leader="dot"/>
        </w:tabs>
        <w:spacing w:before="0" w:after="20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Журнал ошибок</w:t>
        <w:tab/>
        <w:t>221</w:t>
      </w:r>
    </w:p>
    <w:p>
      <w:pPr>
        <w:widowControl/>
        <w:tabs>
          <w:tab w:pos="9946" w:val="right" w:leader="dot"/>
        </w:tabs>
        <w:spacing w:before="0" w:after="20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Источники</w:t>
        <w:tab/>
        <w:t>222</w:t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План подготовки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Восемь недель с проверкой переноса навыка</w:t>
      </w:r>
    </w:p>
    <w:p>
      <w:pPr>
        <w:widowControl/>
        <w:spacing w:before="0" w:after="140" w:line="276" w:lineRule="auto"/>
        <w:ind w:left="0"/>
      </w:pPr>
      <w:r>
        <w:rPr>
          <w:rFonts w:ascii="Arial" w:hAnsi="Arial"/>
          <w:b/>
          <w:color w:val="000000"/>
          <w:sz w:val="24"/>
        </w:rPr>
        <w:t>Недели 1 и 2</w:t>
      </w:r>
    </w:p>
    <w:p>
      <w:pPr>
        <w:widowControl/>
        <w:spacing w:before="0" w:after="400" w:line="276" w:lineRule="auto"/>
        <w:ind w:left="0"/>
      </w:pPr>
      <w:r>
        <w:rPr>
          <w:rFonts w:ascii="Arial" w:hAnsi="Arial"/>
          <w:b w:val="0"/>
          <w:color w:val="000000"/>
          <w:sz w:val="22"/>
        </w:rPr>
        <w:t>Натуральные числа, дроби, отношения и проценты: задания 1–39. На каждом занятии: объяснение, 3–5 базовых задач, разбор ошибки. После освоения переходите к углублённым задачам главы. Сравнения 105–134 решайте с доказательством каждого ответа.</w:t>
      </w:r>
    </w:p>
    <w:p>
      <w:pPr>
        <w:widowControl/>
        <w:spacing w:before="0" w:after="140" w:line="276" w:lineRule="auto"/>
        <w:ind w:left="0"/>
      </w:pPr>
      <w:r>
        <w:rPr>
          <w:rFonts w:ascii="Arial" w:hAnsi="Arial"/>
          <w:b/>
          <w:color w:val="000000"/>
          <w:sz w:val="24"/>
        </w:rPr>
        <w:t>Недели 3 и 4</w:t>
      </w:r>
    </w:p>
    <w:p>
      <w:pPr>
        <w:widowControl/>
        <w:spacing w:before="0" w:after="400" w:line="276" w:lineRule="auto"/>
        <w:ind w:left="0"/>
      </w:pPr>
      <w:r>
        <w:rPr>
          <w:rFonts w:ascii="Arial" w:hAnsi="Arial"/>
          <w:b w:val="0"/>
          <w:color w:val="000000"/>
          <w:sz w:val="22"/>
        </w:rPr>
        <w:t>Уравнения, движение и работа: задания 40–65. По каждому многошаговому условию запишите неизвестное и единицы. Выполните сравнения 135–144 и графические задания с движением.</w:t>
      </w:r>
    </w:p>
    <w:p>
      <w:pPr>
        <w:widowControl/>
        <w:spacing w:before="0" w:after="140" w:line="276" w:lineRule="auto"/>
        <w:ind w:left="0"/>
      </w:pPr>
      <w:r>
        <w:rPr>
          <w:rFonts w:ascii="Arial" w:hAnsi="Arial"/>
          <w:b/>
          <w:color w:val="000000"/>
          <w:sz w:val="24"/>
        </w:rPr>
        <w:t>Недели 5 и 6</w:t>
      </w:r>
    </w:p>
    <w:p>
      <w:pPr>
        <w:widowControl/>
        <w:spacing w:before="0" w:after="400" w:line="276" w:lineRule="auto"/>
        <w:ind w:left="0"/>
      </w:pPr>
      <w:r>
        <w:rPr>
          <w:rFonts w:ascii="Arial" w:hAnsi="Arial"/>
          <w:b w:val="0"/>
          <w:color w:val="000000"/>
          <w:sz w:val="22"/>
        </w:rPr>
        <w:t>Геометрия, данные и логика: задания 66–104 и сравнения 145–164. Затем пройдите графическую практику 165–180. Рисунки читайте без линейки. В конце шестой недели выполните пробник 1 как контроль базы.</w:t>
      </w:r>
    </w:p>
    <w:p>
      <w:pPr>
        <w:widowControl/>
        <w:spacing w:before="0" w:after="140" w:line="276" w:lineRule="auto"/>
        <w:ind w:left="0"/>
      </w:pPr>
      <w:r>
        <w:rPr>
          <w:rFonts w:ascii="Arial" w:hAnsi="Arial"/>
          <w:b/>
          <w:color w:val="000000"/>
          <w:sz w:val="24"/>
        </w:rPr>
        <w:t>Неделя 7</w:t>
      </w:r>
    </w:p>
    <w:p>
      <w:pPr>
        <w:widowControl/>
        <w:spacing w:before="0" w:after="400" w:line="276" w:lineRule="auto"/>
        <w:ind w:left="0"/>
      </w:pPr>
      <w:r>
        <w:rPr>
          <w:rFonts w:ascii="Arial" w:hAnsi="Arial"/>
          <w:b w:val="0"/>
          <w:color w:val="000000"/>
          <w:sz w:val="22"/>
        </w:rPr>
        <w:t>Разберите пробник 1 и повторите две слабые темы. Затем выполните пробник 2 с таймером. Не обсуждайте решения между двумя разделами, если цель — репетиция непрерывной 90-минутной работы.</w:t>
      </w:r>
    </w:p>
    <w:p>
      <w:pPr>
        <w:widowControl/>
        <w:spacing w:before="0" w:after="140" w:line="276" w:lineRule="auto"/>
        <w:ind w:left="0"/>
      </w:pPr>
      <w:r>
        <w:rPr>
          <w:rFonts w:ascii="Arial" w:hAnsi="Arial"/>
          <w:b/>
          <w:color w:val="000000"/>
          <w:sz w:val="24"/>
        </w:rPr>
        <w:t>Неделя 8</w:t>
      </w:r>
    </w:p>
    <w:p>
      <w:pPr>
        <w:widowControl/>
        <w:spacing w:before="0" w:after="400" w:line="276" w:lineRule="auto"/>
        <w:ind w:left="0"/>
      </w:pPr>
      <w:r>
        <w:rPr>
          <w:rFonts w:ascii="Arial" w:hAnsi="Arial"/>
          <w:b w:val="0"/>
          <w:color w:val="000000"/>
          <w:sz w:val="22"/>
        </w:rPr>
        <w:t>Вернитесь к ошибкам пробника 2 и решите похожие задачи без таймера. Через несколько дней выполните пробник 3. Сопоставьте причины ошибок и число пропусков; разность учебных результатов сама по себе не доказывает рост экзаменационного балла.</w:t>
      </w:r>
    </w:p>
    <w:p>
      <w:pPr>
        <w:widowControl/>
        <w:spacing w:before="0" w:after="18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Повтор уже знакомого пробника полезен для закрепления, но его результат отмечайте как повторный. Для честной тренировки скорости новый пробник выполняют до чтения ключей.</w:t>
      </w:r>
    </w:p>
    <w:p>
      <w:pPr>
        <w:widowControl/>
        <w:spacing w:before="0" w:after="2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Дополнительная практика: после основной темы включайте по 3–5 задач из блока 181–220. Если задача не получилась, изучите её разбор и решите заново через несколько дней. Этот блок можно проходить и после пробника 1.</w:t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Краткий справочник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Основные формулы</w:t>
      </w:r>
    </w:p>
    <w:p>
      <w:pPr>
        <w:widowControl/>
        <w:spacing w:before="0" w:after="120" w:line="276" w:lineRule="auto"/>
        <w:ind w:left="0"/>
      </w:pPr>
      <w:r>
        <w:rPr>
          <w:rFonts w:ascii="Arial" w:hAnsi="Arial"/>
          <w:b/>
          <w:color w:val="000000"/>
          <w:sz w:val="23"/>
        </w:rPr>
        <w:t>Дроби</w:t>
      </w:r>
    </w:p>
    <w:p>
      <w:pPr>
        <w:widowControl/>
        <w:spacing w:before="0" w:after="30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a/b + c/d = (ad + bc)/(bd); знаменатели ненулевые. (a/b) : (c/d) = ad/(bc), если c и d ненулевые. Сохраняйте точные дроби до финального округления.</w:t>
      </w:r>
    </w:p>
    <w:p>
      <w:pPr>
        <w:widowControl/>
        <w:spacing w:before="0" w:after="120" w:line="276" w:lineRule="auto"/>
        <w:ind w:left="0"/>
      </w:pPr>
      <w:r>
        <w:rPr>
          <w:rFonts w:ascii="Arial" w:hAnsi="Arial"/>
          <w:b/>
          <w:color w:val="000000"/>
          <w:sz w:val="23"/>
        </w:rPr>
        <w:t>Проценты</w:t>
      </w:r>
    </w:p>
    <w:p>
      <w:pPr>
        <w:widowControl/>
        <w:spacing w:before="0" w:after="30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p% от x = xp/100. Изменение на p% задаётся множителем 1 ± p/100. Процент изменения считают от исходного значения. Последовательные коэффициенты перемножают.</w:t>
      </w:r>
    </w:p>
    <w:p>
      <w:pPr>
        <w:widowControl/>
        <w:spacing w:before="0" w:after="120" w:line="276" w:lineRule="auto"/>
        <w:ind w:left="0"/>
      </w:pPr>
      <w:r>
        <w:rPr>
          <w:rFonts w:ascii="Arial" w:hAnsi="Arial"/>
          <w:b/>
          <w:color w:val="000000"/>
          <w:sz w:val="23"/>
        </w:rPr>
        <w:t>Движение и работа</w:t>
      </w:r>
    </w:p>
    <w:p>
      <w:pPr>
        <w:widowControl/>
        <w:spacing w:before="0" w:after="30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s = vt. Средняя скорость = весь путь / всё время. Совместная производительность — сумма производительностей; слив даёт отрицательный вклад. За t часов исполнитель с временем полной работы T делает долю t/T.</w:t>
      </w:r>
    </w:p>
    <w:p>
      <w:pPr>
        <w:widowControl/>
        <w:spacing w:before="0" w:after="120" w:line="276" w:lineRule="auto"/>
        <w:ind w:left="0"/>
      </w:pPr>
      <w:r>
        <w:rPr>
          <w:rFonts w:ascii="Arial" w:hAnsi="Arial"/>
          <w:b/>
          <w:color w:val="000000"/>
          <w:sz w:val="23"/>
        </w:rPr>
        <w:t>Геометрия</w:t>
      </w:r>
    </w:p>
    <w:p>
      <w:pPr>
        <w:widowControl/>
        <w:spacing w:before="0" w:after="30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Прямоугольник: P = 2(a + b), S = ab. Треугольник: S = ah/2. Круг: S = πr², окружность: L = 2πr. Коробка: V = abc. Куб: V = a³, площадь поверхности 6a². Для масштаба k площадь меняется в k² раз.</w:t>
      </w:r>
    </w:p>
    <w:p>
      <w:pPr>
        <w:widowControl/>
        <w:spacing w:before="0" w:after="120" w:line="276" w:lineRule="auto"/>
        <w:ind w:left="0"/>
      </w:pPr>
      <w:r>
        <w:rPr>
          <w:rFonts w:ascii="Arial" w:hAnsi="Arial"/>
          <w:b/>
          <w:color w:val="000000"/>
          <w:sz w:val="23"/>
        </w:rPr>
        <w:t>Данные</w:t>
      </w:r>
    </w:p>
    <w:p>
      <w:pPr>
        <w:widowControl/>
        <w:spacing w:before="0" w:after="30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Среднее = сумма / количество. Для двух групп объединение равно сумме численностей минус пересечение. Для трёх — сложите численности, вычтите парные пересечения и прибавьте тройное. Число неупорядоченных пар: n(n − 1)/2.</w:t>
      </w:r>
    </w:p>
    <w:p>
      <w:pPr>
        <w:widowControl/>
        <w:spacing w:before="0" w:after="120" w:line="276" w:lineRule="auto"/>
        <w:ind w:left="0"/>
      </w:pPr>
      <w:r>
        <w:rPr>
          <w:rFonts w:ascii="Arial" w:hAnsi="Arial"/>
          <w:b/>
          <w:color w:val="000000"/>
          <w:sz w:val="23"/>
        </w:rPr>
        <w:t>Единицы</w:t>
      </w:r>
    </w:p>
    <w:p>
      <w:pPr>
        <w:widowControl/>
        <w:spacing w:before="0" w:after="30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1 м² = 10 000 см²; 1 м³ = 1 000 000 см³ = 1000 л; 1 л = 1000 см³. 1 ч = 60 мин. Для перевода м/с в км/ч умножайте на 3,6.</w:t>
      </w:r>
    </w:p>
    <w:p>
      <w:pPr>
        <w:widowControl/>
        <w:spacing w:before="0" w:after="120" w:line="276" w:lineRule="auto"/>
        <w:ind w:left="0"/>
      </w:pPr>
      <w:r>
        <w:rPr>
          <w:rFonts w:ascii="Arial" w:hAnsi="Arial"/>
          <w:b/>
          <w:color w:val="000000"/>
          <w:sz w:val="23"/>
        </w:rPr>
        <w:t>Количественные характеристики</w:t>
      </w:r>
    </w:p>
    <w:p>
      <w:pPr>
        <w:widowControl/>
        <w:spacing w:before="0" w:after="30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A — больше А; B — больше В; C — равенство при всех допустимых данных; D — допустимы разные исходы сравнения. Одинаковая буква обозначает одно число. Рисунок не определяет неуказанные длины.</w:t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Натуральные числа и делимость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Математика · Глава 1 · Основной и углублённый разбор</w:t>
      </w:r>
    </w:p>
    <w:p>
      <w:pPr>
        <w:widowControl/>
        <w:spacing w:before="0" w:after="24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Разложение на простые множители помогает находить НОД и НОК. НОД используют, когда делят предметы на одинаковые группы без остатка. НОК помогает найти ближайшее повторное совпадение событий. Натуральными в этой книге считаются числа 1, 2, 3 и далее.</w:t>
      </w:r>
    </w:p>
    <w:p>
      <w:pPr>
        <w:widowControl/>
        <w:spacing w:before="0" w:after="28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Пример. Два сигнала повторяются через 12 и 18 минут. После общего сигнала следующий общий прозвучит через НОК(12; 18) = 36 минут: 12 = 2² · 3, 18 = 2 · 3².</w:t>
      </w:r>
    </w:p>
    <w:p>
      <w:pPr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24"/>
        </w:rPr>
        <w:t>Делители и остатки</w:t>
      </w:r>
    </w:p>
    <w:p>
      <w:pPr>
        <w:widowControl/>
        <w:spacing w:before="0" w:after="28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Если число при делении на m имеет остаток r, его удобно записать как mt + r. Это превращает словесное условие в равенство. Для нескольких условий начните с того, у которого меньше подходящих значений. Проверяйте не только остаток, но и требование «наименьшее», границы и натуральность.</w:t>
      </w:r>
    </w:p>
    <w:p>
      <w:pPr>
        <w:widowControl/>
        <w:spacing w:before="0" w:after="28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Пример 1. Найдите наименьшее число больше 40, которое при делении на 6 и на 10 даёт остаток 1. Число минус 1 кратно НОК(6; 10) = 30. Подходящие числа: 31, 61, 91. Первое больше 40 — 61. Проверка: при делении 61 и на 6, и на 10 остаток 1.</w:t>
      </w:r>
    </w:p>
    <w:p>
      <w:pPr>
        <w:widowControl/>
        <w:spacing w:before="0" w:after="28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Пример 2. Сколько делителей у 180? Разложение 180 = 2² · 3² · 5. Делитель имеет вид 2^a · 3^b · 5^c, где a и b могут быть 0, 1, 2, а c — 0 или 1. Вариантов 3 · 3 · 2 = 18. Нулевой показатель нужен: он позволяет не включать данный простой множитель.</w:t>
      </w:r>
    </w:p>
    <w:p>
      <w:pPr>
        <w:widowControl/>
        <w:spacing w:before="0" w:after="28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Если задача о группах, уточните, что одинаково: число предметов в группе или число групп. Если задача о повторении, выпишите первые два момента совпадения для проверки НОК.</w:t>
      </w:r>
    </w:p>
    <w:p>
      <w:pPr>
        <w:widowControl/>
        <w:spacing w:before="0" w:after="20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Проверка метода. Слово «наибольший» не всегда означает НОД. Сначала выясните, что требуется: делить на группы или искать общее кратное.</w:t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Натуральные числа и делимость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Практика · Задания 1–5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1.</w:t>
        <w:tab/>
      </w:r>
      <w:r>
        <w:rPr>
          <w:rFonts w:ascii="Arial" w:hAnsi="Arial"/>
          <w:sz w:val="21"/>
        </w:rPr>
        <w:t>Вычислите 720 : (18 + 6) · 5.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6</w:t>
        <w:tab/>
        <w:t>B)  600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30</w:t>
        <w:tab/>
        <w:t>D)  150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2.</w:t>
        <w:tab/>
      </w:r>
      <w:r>
        <w:rPr>
          <w:rFonts w:ascii="Arial" w:hAnsi="Arial"/>
          <w:sz w:val="21"/>
        </w:rPr>
        <w:t>Найдите НОД чисел 84 и 126.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21</w:t>
        <w:tab/>
        <w:t>B)  42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252</w:t>
        <w:tab/>
        <w:t>D)  14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3.</w:t>
        <w:tab/>
      </w:r>
      <w:r>
        <w:rPr>
          <w:rFonts w:ascii="Arial" w:hAnsi="Arial"/>
          <w:sz w:val="21"/>
        </w:rPr>
        <w:t>Два маячка одновременно вспыхнули в 09:00. Один вспыхивает каждые 14 минут, другой каждые 21 минуту. Когда они впервые снова вспыхнут одновременно?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10:24</w:t>
        <w:tab/>
        <w:t>B)  09:35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09:42</w:t>
        <w:tab/>
        <w:t>D)  09:21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4.</w:t>
        <w:tab/>
      </w:r>
      <w:r>
        <w:rPr>
          <w:rFonts w:ascii="Arial" w:hAnsi="Arial"/>
          <w:sz w:val="21"/>
        </w:rPr>
        <w:t>Сколько трёхзначных чисел делится на 25?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40</w:t>
        <w:tab/>
        <w:t>B)  35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36</w:t>
        <w:tab/>
        <w:t>D)  37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5.</w:t>
        <w:tab/>
      </w:r>
      <w:r>
        <w:rPr>
          <w:rFonts w:ascii="Arial" w:hAnsi="Arial"/>
          <w:sz w:val="21"/>
        </w:rPr>
        <w:t>Цифра a в числе 53a2 такова, что число делится на 9. Найдите a.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9</w:t>
        <w:tab/>
        <w:t>B)  1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4</w:t>
        <w:tab/>
        <w:t>D)  8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Натуральные числа и делимость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Практика · Задания 6–10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6.</w:t>
        <w:tab/>
      </w:r>
      <w:r>
        <w:rPr>
          <w:rFonts w:ascii="Arial" w:hAnsi="Arial"/>
          <w:sz w:val="21"/>
        </w:rPr>
        <w:t>96 белых и 72 синих бусины раскладывают в наибольшее число одинаковых наборов. В каждом наборе одинаковое число белых и одинаковое число синих бусин. Все бусины использованы. Сколько бусин в одном наборе?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24</w:t>
        <w:tab/>
        <w:t>B)  7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14</w:t>
        <w:tab/>
        <w:t>D)  12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7.</w:t>
        <w:tab/>
      </w:r>
      <w:r>
        <w:rPr>
          <w:rFonts w:ascii="Arial" w:hAnsi="Arial"/>
          <w:sz w:val="21"/>
        </w:rPr>
        <w:t>Какое наименьшее натуральное число больше 30 при делении на 6 и на 8 даёт остаток 3?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43</w:t>
        <w:tab/>
        <w:t>B)  75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35</w:t>
        <w:tab/>
        <w:t>D)  51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8.</w:t>
        <w:tab/>
      </w:r>
      <w:r>
        <w:rPr>
          <w:rFonts w:ascii="Arial" w:hAnsi="Arial"/>
          <w:sz w:val="21"/>
        </w:rPr>
        <w:t>У натурального числа ровно три положительных делителя. Каким из следующих чисел оно может быть?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35</w:t>
        <w:tab/>
        <w:t>B)  27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21</w:t>
        <w:tab/>
        <w:t>D)  49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9.</w:t>
        <w:tab/>
      </w:r>
      <w:r>
        <w:rPr>
          <w:rFonts w:ascii="Arial" w:hAnsi="Arial"/>
          <w:sz w:val="21"/>
        </w:rPr>
        <w:t>Найдите остаток от деления суммы 1 + 2 + … + 50 на 7.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1</w:t>
        <w:tab/>
        <w:t>B)  6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0</w:t>
        <w:tab/>
        <w:t>D)  2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10.</w:t>
        <w:tab/>
      </w:r>
      <w:r>
        <w:rPr>
          <w:rFonts w:ascii="Arial" w:hAnsi="Arial"/>
          <w:sz w:val="21"/>
        </w:rPr>
        <w:t>Сколько двузначных чисел делится на 4, но не делится на 6?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15</w:t>
        <w:tab/>
        <w:t>B)  7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14</w:t>
        <w:tab/>
        <w:t>D)  22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Натуральные числа и делимость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Углублённая практика · Задания 11–13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11.</w:t>
        <w:tab/>
      </w:r>
      <w:r>
        <w:rPr>
          <w:rFonts w:ascii="Arial" w:hAnsi="Arial"/>
          <w:sz w:val="21"/>
        </w:rPr>
        <w:t>Найдите наименьшее натуральное число, которое при делении на 5 даёт остаток 2, а при делении на 7 — остаток 4.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37</w:t>
        <w:tab/>
        <w:t>B)  18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67</w:t>
        <w:tab/>
        <w:t>D)  32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12.</w:t>
        <w:tab/>
      </w:r>
      <w:r>
        <w:rPr>
          <w:rFonts w:ascii="Arial" w:hAnsi="Arial"/>
          <w:sz w:val="21"/>
        </w:rPr>
        <w:t>Сколько натуральных делителей имеет число 360?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12</w:t>
        <w:tab/>
        <w:t>B)  18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24</w:t>
        <w:tab/>
        <w:t>D)  36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13.</w:t>
        <w:tab/>
      </w:r>
      <w:r>
        <w:rPr>
          <w:rFonts w:ascii="Arial" w:hAnsi="Arial"/>
          <w:sz w:val="21"/>
        </w:rPr>
        <w:t>У двузначного числа сумма цифр равна 11. После перестановки цифр число увеличилось на 27. Найдите исходное число.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74</w:t>
        <w:tab/>
        <w:t>B)  47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56</w:t>
        <w:tab/>
        <w:t>D)  38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8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Для каждой задачи запишите, какой шаг отличает её от базовой. Обоснуйте ограничения и проверьте ответ в условии.</w:t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Дроби и десятичные числа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Математика · Глава 2 · Основной и углублённый разбор</w:t>
      </w:r>
    </w:p>
    <w:p>
      <w:pPr>
        <w:widowControl/>
        <w:spacing w:before="0" w:after="24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Для сложения дробей нужен общий знаменатель. Для умножения можно заранее сократить множители. Деление на ненулевую дробь заменяют умножением на обратную. Дробь a/b означает a : b; смешанное число 2 1/3 означает 2 + 1/3.</w:t>
      </w:r>
    </w:p>
    <w:p>
      <w:pPr>
        <w:widowControl/>
        <w:spacing w:before="0" w:after="28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Пример. (5/6 − 1/4) : (7/12) = (10/12 − 3/12) : (7/12) = 1. Выписывайте скобки: они показывают, ко всему ли числителю относится действие.</w:t>
      </w:r>
    </w:p>
    <w:p>
      <w:pPr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24"/>
        </w:rPr>
        <w:t>Действия с остатком и сокращение суммы</w:t>
      </w:r>
    </w:p>
    <w:p>
      <w:pPr>
        <w:widowControl/>
        <w:spacing w:before="0" w:after="28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Когда берут долю от остатка, основание меняется. Надёжный способ — считать долю, которая остаётся после каждого шага, и перемножать эти доли. Обратная задача часто проще решается с конца: сначала возвращают фиксированное число предметов, затем восстанавливают целое по оставшейся доле.</w:t>
      </w:r>
    </w:p>
    <w:p>
      <w:pPr>
        <w:widowControl/>
        <w:spacing w:before="0" w:after="28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Пример 1. Потратили 1/3 денег, затем 1/4 остатка. После этого осталось 4500 тенге. Оставшаяся доля первоначальной суммы (2/3) · (3/4) = 1/2. Значит было 9000 тенге. Проверка: после первой покупки 6000, после второй 4500.</w:t>
      </w:r>
    </w:p>
    <w:p>
      <w:pPr>
        <w:widowControl/>
        <w:spacing w:before="0" w:after="28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Пример 2. Сумма 1/(1 · 2) + 1/(2 · 3) + 1/(3 · 4) + 1/(4 · 5). Представим каждую дробь как разность: 1 − 1/2 + 1/2 − 1/3 + 1/3 − 1/4 + 1/4 − 1/5. Остаётся 1 − 1/5 = 4/5. Такой приём работает, когда соседние слагаемые действительно сокращаются.</w:t>
      </w:r>
    </w:p>
    <w:p>
      <w:pPr>
        <w:widowControl/>
        <w:spacing w:before="0" w:after="28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Сначала упростите выражение символически. Если десятичная запись бесконечна, сохраните точную дробь до конца; преждевременное округление может изменить сравнение.</w:t>
      </w:r>
    </w:p>
    <w:p>
      <w:pPr>
        <w:widowControl/>
        <w:spacing w:before="0" w:after="20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Проверка метода. При делении на 0,2 число увеличивается в пять раз. Не переносите правило «деление уменьшает» на все положительные числа.</w:t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Дроби и десятичные числа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Практика · Задания 14–18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14.</w:t>
        <w:tab/>
      </w:r>
      <w:r>
        <w:rPr>
          <w:rFonts w:ascii="Arial" w:hAnsi="Arial"/>
          <w:sz w:val="21"/>
        </w:rPr>
        <w:t>Вычислите 5/8 + 7/12.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12/20</w:t>
        <w:tab/>
        <w:t>B)  29/24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19/24</w:t>
        <w:tab/>
        <w:t>D)  1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15.</w:t>
        <w:tab/>
      </w:r>
      <w:r>
        <w:rPr>
          <w:rFonts w:ascii="Arial" w:hAnsi="Arial"/>
          <w:sz w:val="21"/>
        </w:rPr>
        <w:t>Вычислите (3/4 − 1/6) : (7/12).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2</w:t>
        <w:tab/>
        <w:t>B)  7/12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1</w:t>
        <w:tab/>
        <w:t>D)  49/144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16.</w:t>
        <w:tab/>
      </w:r>
      <w:r>
        <w:rPr>
          <w:rFonts w:ascii="Arial" w:hAnsi="Arial"/>
          <w:sz w:val="21"/>
        </w:rPr>
        <w:t>Найдите значение 2,4 · 0,35 + 0,16.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1</w:t>
        <w:tab/>
        <w:t>B)  0,84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10</w:t>
        <w:tab/>
        <w:t>D)  0,244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17.</w:t>
        <w:tab/>
      </w:r>
      <w:r>
        <w:rPr>
          <w:rFonts w:ascii="Arial" w:hAnsi="Arial"/>
          <w:sz w:val="21"/>
        </w:rPr>
        <w:t>Расположите числа 0,62; 5/8; 0,6 в порядке возрастания.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0,6 &lt; 0,62 &lt; 5/8</w:t>
        <w:tab/>
        <w:t>B)  0,6 &lt; 5/8 &lt; 0,62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0,62 &lt; 0,6 &lt; 5/8</w:t>
        <w:tab/>
        <w:t>D)  5/8 &lt; 0,62 &lt; 0,6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18.</w:t>
        <w:tab/>
      </w:r>
      <w:r>
        <w:rPr>
          <w:rFonts w:ascii="Arial" w:hAnsi="Arial"/>
          <w:sz w:val="21"/>
        </w:rPr>
        <w:t>Ученик прочитал 2/5 книги, затем ещё 1/3 всей книги. Осталось прочитать 48 страниц. Сколько страниц в книге?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240</w:t>
        <w:tab/>
        <w:t>B)  120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144</w:t>
        <w:tab/>
        <w:t>D)  180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Дроби и десятичные числа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Практика · Задания 19–23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19.</w:t>
        <w:tab/>
      </w:r>
      <w:r>
        <w:rPr>
          <w:rFonts w:ascii="Arial" w:hAnsi="Arial"/>
          <w:sz w:val="21"/>
        </w:rPr>
        <w:t>Найдите 3/7 от 2 1/3.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3</w:t>
        <w:tab/>
        <w:t>B)  1/3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7/9</w:t>
        <w:tab/>
        <w:t>D)  1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20.</w:t>
        <w:tab/>
      </w:r>
      <w:r>
        <w:rPr>
          <w:rFonts w:ascii="Arial" w:hAnsi="Arial"/>
          <w:sz w:val="21"/>
        </w:rPr>
        <w:t>За день израсходовали 0,25 запаса бумаги, а затем 0,4 оставшегося запаса. Какая часть первоначального запаса осталась?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0,30</w:t>
        <w:tab/>
        <w:t>B)  0,45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0,60</w:t>
        <w:tab/>
        <w:t>D)  0,35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21.</w:t>
        <w:tab/>
      </w:r>
      <w:r>
        <w:rPr>
          <w:rFonts w:ascii="Arial" w:hAnsi="Arial"/>
          <w:sz w:val="21"/>
        </w:rPr>
        <w:t>Между какими соседними целыми числами находится 47/6?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8 и 9</w:t>
        <w:tab/>
        <w:t>B)  7 и 8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9 и 10</w:t>
        <w:tab/>
        <w:t>D)  6 и 7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22.</w:t>
        <w:tab/>
      </w:r>
      <w:r>
        <w:rPr>
          <w:rFonts w:ascii="Arial" w:hAnsi="Arial"/>
          <w:sz w:val="21"/>
        </w:rPr>
        <w:t>Вычислите (1,2 + 0,8) : 0,05.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100</w:t>
        <w:tab/>
        <w:t>B)  4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10</w:t>
        <w:tab/>
        <w:t>D)  40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23.</w:t>
        <w:tab/>
      </w:r>
      <w:r>
        <w:rPr>
          <w:rFonts w:ascii="Arial" w:hAnsi="Arial"/>
          <w:sz w:val="21"/>
        </w:rPr>
        <w:t>Сумма двух чисел равна 5/6. Одно число на 1/6 больше другого. Найдите большее число.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2/3</w:t>
        <w:tab/>
        <w:t>B)  5/12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1/3</w:t>
        <w:tab/>
        <w:t>D)  1/2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Дроби и десятичные числа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Углублённая практика · Задания 24–26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24.</w:t>
        <w:tab/>
      </w:r>
      <w:r>
        <w:rPr>
          <w:rFonts w:ascii="Arial" w:hAnsi="Arial"/>
          <w:sz w:val="21"/>
        </w:rPr>
        <w:t>Первый участник получил 1/4 всех наклеек и ещё 6, второй — 1/3 оставшихся и ещё 4. После этого осталось 20 наклеек. Сколько их было сначала?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56</w:t>
        <w:tab/>
        <w:t>B)  72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64</w:t>
        <w:tab/>
        <w:t>D)  48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25.</w:t>
        <w:tab/>
      </w:r>
      <w:r>
        <w:rPr>
          <w:rFonts w:ascii="Arial" w:hAnsi="Arial"/>
          <w:sz w:val="21"/>
        </w:rPr>
        <w:t>Вычислите 1/(1 · 2) + 1/(2 · 3) + … + 1/(19 · 20).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9/10</w:t>
        <w:tab/>
        <w:t>B)  19/20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1/20</w:t>
        <w:tab/>
        <w:t>D)  1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26.</w:t>
        <w:tab/>
      </w:r>
      <w:r>
        <w:rPr>
          <w:rFonts w:ascii="Arial" w:hAnsi="Arial"/>
          <w:sz w:val="21"/>
        </w:rPr>
        <w:t>Найдите сумму всех несократимых дробей со знаменателем 12, расположенных строго между 0 и 1.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1</w:t>
        <w:tab/>
        <w:t>B)  11/2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5/2</w:t>
        <w:tab/>
        <w:t>D)  2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8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Для каждой задачи запишите, какой шаг отличает её от базовой. Обоснуйте ограничения и проверьте ответ в условии.</w:t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Отношения, пропорции и проценты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Математика · Глава 3 · Основной и углублённый разбор</w:t>
      </w:r>
    </w:p>
    <w:p>
      <w:pPr>
        <w:widowControl/>
        <w:spacing w:before="0" w:after="24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Процент означает сотую часть. p% от x равно x · p/100. При последовательных изменениях меняется основание процента. В отношении a : b сначала найдите число равных долей, затем стоимость одной доли. Для масштаба переводите обе длины в одинаковые единицы.</w:t>
      </w:r>
    </w:p>
    <w:p>
      <w:pPr>
        <w:widowControl/>
        <w:spacing w:before="0" w:after="28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Пример. После скидки 15% рюкзак стоит 6800 тенге. Это 85% прежней цены, значит прежняя цена равна 6800 : 0,85 = 8000 тенге.</w:t>
      </w:r>
    </w:p>
    <w:p>
      <w:pPr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24"/>
        </w:rPr>
        <w:t>Проценты и состав смеси</w:t>
      </w:r>
    </w:p>
    <w:p>
      <w:pPr>
        <w:widowControl/>
        <w:spacing w:before="0" w:after="28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При смешивании сохраняется количество вещества, если его специально не добавляют и не удаляют. Для массовой доли находите массу вещества, затем делите на новую общую массу. Для объёмной доли используйте объёмы и только явно заданные предположения об их сложении. Среднее процентов подходит лишь для равных масс или объёмов соответствующего вида.</w:t>
      </w:r>
    </w:p>
    <w:p>
      <w:pPr>
        <w:widowControl/>
        <w:spacing w:before="0" w:after="28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Пример 1. Смешали 100 г 10%-го и 300 г 30%-го раствора. Соли 10 + 90 = 100 г, смеси 400 г. Доля соли 25%, а не среднее 20%: массы растворов различаются.</w:t>
      </w:r>
    </w:p>
    <w:p>
      <w:pPr>
        <w:widowControl/>
        <w:spacing w:before="0" w:after="28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Пример 2. Цена после скидки 20% равна 9600 тенге. Это 80% прежней цены: 9600/0,8 = 12 000. Чтобы вернуться от 9600 к 12 000, нужен рост 2400/9600 = 25%. Обратный процент не обязан совпадать с исходной скидкой.</w:t>
      </w:r>
    </w:p>
    <w:p>
      <w:pPr>
        <w:widowControl/>
        <w:spacing w:before="0" w:after="28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Перед каждым процентом подпишите основание. В задаче с добавлением соли масса раствора увеличивается вместе с массой соли. В задаче с водой увеличивается только знаменатель доли.</w:t>
      </w:r>
    </w:p>
    <w:p>
      <w:pPr>
        <w:widowControl/>
        <w:spacing w:before="0" w:after="20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Проверка метода. Процент увеличения и процент уменьшения считают от разных оснований. Рост на 20% и снижение на 20% не возвращают исходную цену.</w:t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Отношения, пропорции и проценты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Практика · Задания 27–31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27.</w:t>
        <w:tab/>
      </w:r>
      <w:r>
        <w:rPr>
          <w:rFonts w:ascii="Arial" w:hAnsi="Arial"/>
          <w:sz w:val="21"/>
        </w:rPr>
        <w:t>Найдите 18% от 350.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18</w:t>
        <w:tab/>
        <w:t>B)  63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68</w:t>
        <w:tab/>
        <w:t>D)  53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28.</w:t>
        <w:tab/>
      </w:r>
      <w:r>
        <w:rPr>
          <w:rFonts w:ascii="Arial" w:hAnsi="Arial"/>
          <w:sz w:val="21"/>
        </w:rPr>
        <w:t>После скидки 20% настольная лампа стоит 6400 тенге. Сколько она стоила до скидки?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7680 тенге</w:t>
        <w:tab/>
        <w:t>B)  8400 тенге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5120 тенге</w:t>
        <w:tab/>
        <w:t>D)  8000 тенге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29.</w:t>
        <w:tab/>
      </w:r>
      <w:r>
        <w:rPr>
          <w:rFonts w:ascii="Arial" w:hAnsi="Arial"/>
          <w:sz w:val="21"/>
        </w:rPr>
        <w:t>В коробке красные, зелёные и белые фишки в отношении 3 : 4 : 5. Всего 96 фишек. Сколько зелёных?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40</w:t>
        <w:tab/>
        <w:t>B)  32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24</w:t>
        <w:tab/>
        <w:t>D)  36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30.</w:t>
        <w:tab/>
      </w:r>
      <w:r>
        <w:rPr>
          <w:rFonts w:ascii="Arial" w:hAnsi="Arial"/>
          <w:sz w:val="21"/>
        </w:rPr>
        <w:t>Цена 12 000 тенге выросла на 10%, затем новая цена снизилась на 10%. Найдите итоговую цену.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12 000 тенге</w:t>
        <w:tab/>
        <w:t>B)  11 880 тенге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10 800 тенге</w:t>
        <w:tab/>
        <w:t>D)  12 120 тенге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31.</w:t>
        <w:tab/>
      </w:r>
      <w:r>
        <w:rPr>
          <w:rFonts w:ascii="Arial" w:hAnsi="Arial"/>
          <w:sz w:val="21"/>
        </w:rPr>
        <w:t>Для 6 одинаковых моделей требуется 1,8 м провода. Сколько провода нужно для 15 таких моделей?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4,5 м</w:t>
        <w:tab/>
        <w:t>B)  4 м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5,4 м</w:t>
        <w:tab/>
        <w:t>D)  3,6 м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Отношения, пропорции и проценты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Практика · Задания 32–36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32.</w:t>
        <w:tab/>
      </w:r>
      <w:r>
        <w:rPr>
          <w:rFonts w:ascii="Arial" w:hAnsi="Arial"/>
          <w:sz w:val="21"/>
        </w:rPr>
        <w:t>8 одинаковых станков выполняют заказ за 15 часов. За сколько часов выполнят его 12 таких станков при той же производительности?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12</w:t>
        <w:tab/>
        <w:t>B)  22,5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10</w:t>
        <w:tab/>
        <w:t>D)  18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33.</w:t>
        <w:tab/>
      </w:r>
      <w:r>
        <w:rPr>
          <w:rFonts w:ascii="Arial" w:hAnsi="Arial"/>
          <w:sz w:val="21"/>
        </w:rPr>
        <w:t>На карте масштаба 1 : 50 000 тропа имеет длину 7,2 см. Найдите её реальную длину.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0,36 км</w:t>
        <w:tab/>
        <w:t>B)  3,6 км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36 км</w:t>
        <w:tab/>
        <w:t>D)  360 км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34.</w:t>
        <w:tab/>
      </w:r>
      <w:r>
        <w:rPr>
          <w:rFonts w:ascii="Arial" w:hAnsi="Arial"/>
          <w:sz w:val="21"/>
        </w:rPr>
        <w:t>В 250 г раствора содержится 12% соли. Добавили 50 г воды. Какова новая массовая доля соли?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14%</w:t>
        <w:tab/>
        <w:t>B)  12%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10%</w:t>
        <w:tab/>
        <w:t>D)  8%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35.</w:t>
        <w:tab/>
      </w:r>
      <w:r>
        <w:rPr>
          <w:rFonts w:ascii="Arial" w:hAnsi="Arial"/>
          <w:sz w:val="21"/>
        </w:rPr>
        <w:t>Число a на 25% больше положительного числа b. На сколько процентов b меньше a?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30%</w:t>
        <w:tab/>
        <w:t>B)  75%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20%</w:t>
        <w:tab/>
        <w:t>D)  25%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36.</w:t>
        <w:tab/>
      </w:r>
      <w:r>
        <w:rPr>
          <w:rFonts w:ascii="Arial" w:hAnsi="Arial"/>
          <w:sz w:val="21"/>
        </w:rPr>
        <w:t>В школе было 240 участников кружков. После открытия новой секции их стало 276. На сколько процентов увеличилось число участников?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15%</w:t>
        <w:tab/>
        <w:t>B)  13%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115%</w:t>
        <w:tab/>
        <w:t>D)  36%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Отношения, пропорции и проценты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Углублённая практика · Задания 37–39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37.</w:t>
        <w:tab/>
      </w:r>
      <w:r>
        <w:rPr>
          <w:rFonts w:ascii="Arial" w:hAnsi="Arial"/>
          <w:sz w:val="21"/>
        </w:rPr>
        <w:t>В ёмкости 20 л раствора с объёмной долей вещества 30%. Объёмы при смешивании складываются. Сколько литров нужно отлить и заменить водой, чтобы доля стала 24%?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5 л</w:t>
        <w:tab/>
        <w:t>B)  4 л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2 л</w:t>
        <w:tab/>
        <w:t>D)  6 л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38.</w:t>
        <w:tab/>
      </w:r>
      <w:r>
        <w:rPr>
          <w:rFonts w:ascii="Arial" w:hAnsi="Arial"/>
          <w:sz w:val="21"/>
        </w:rPr>
        <w:t>Смешали 10%-й и 25%-й растворы соли и получили 600 г 20%-го раствора. Сколько граммов 25%-го раствора взяли?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500 г</w:t>
        <w:tab/>
        <w:t>B)  400 г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200 г</w:t>
        <w:tab/>
        <w:t>D)  300 г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39.</w:t>
        <w:tab/>
      </w:r>
      <w:r>
        <w:rPr>
          <w:rFonts w:ascii="Arial" w:hAnsi="Arial"/>
          <w:sz w:val="21"/>
        </w:rPr>
        <w:t>Первое число составляет 60% второго, а второе — 75% третьего. Первое меньше третьего на 110. Найдите третье число.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150</w:t>
        <w:tab/>
        <w:t>B)  200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240</w:t>
        <w:tab/>
        <w:t>D)  180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8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Для каждой задачи запишите, какой шаг отличает её от базовой. Обоснуйте ограничения и проверьте ответ в условии.</w:t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Выражения, уравнения и неравенства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Математика · Глава 4 · Основной и углублённый разбор</w:t>
      </w:r>
    </w:p>
    <w:p>
      <w:pPr>
        <w:widowControl/>
        <w:spacing w:before="0" w:after="24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Уравнение сохраняет решения, если к обеим частям прибавить одно число или обе части умножить на одно ненулевое число. При умножении неравенства на отрицательное число знак меняется. Модуль |x| равен расстоянию от x до нуля.</w:t>
      </w:r>
    </w:p>
    <w:p>
      <w:pPr>
        <w:widowControl/>
        <w:spacing w:before="0" w:after="28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Пример. 4(x − 2) = 3x + 5. Раскрываем скобки: 4x − 8 = 3x + 5; x = 13. Проверка: обе части исходного уравнения равны 44.</w:t>
      </w:r>
    </w:p>
    <w:p>
      <w:pPr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24"/>
        </w:rPr>
        <w:t>Уравнения с ограничениями и модулем</w:t>
      </w:r>
    </w:p>
    <w:p>
      <w:pPr>
        <w:widowControl/>
        <w:spacing w:before="0" w:after="28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Сначала запишите допустимые значения. Деление на выражение разрешено только там, где оно не равно нулю. Модуль описывает расстояние: |x − a| = r при r &gt; 0 задаёт две точки a − r и a + r. Уравнение с суммой модулей удобно разбивать на промежутки, границы которых — точки смены знака.</w:t>
      </w:r>
    </w:p>
    <w:p>
      <w:pPr>
        <w:widowControl/>
        <w:spacing w:before="0" w:after="28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Пример 1. |2x + 1| = 7. Получаем 2x + 1 = 7 или 2x + 1 = −7, то есть x = 3 или x = −4. Проверка обоих корней в исходном равенстве даёт 7.</w:t>
      </w:r>
    </w:p>
    <w:p>
      <w:pPr>
        <w:widowControl/>
        <w:spacing w:before="0" w:after="28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Пример 2. |x − 1| + |x − 5| = 8. Между 1 и 5 сумма расстояний равна 4, решений там нет. При x &lt; 1: (1 − x) + (5 − x) = 8, x = −1. При x &gt; 5: (x − 1) + (x − 5) = 8, x = 7. Не выбирайте знаки модулей без учёта промежутка.</w:t>
      </w:r>
    </w:p>
    <w:p>
      <w:pPr>
        <w:widowControl/>
        <w:spacing w:before="0" w:after="28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После решения проверьте допустимость и подстановку. В неравенстве отдельно отметьте, включаются ли границы. Для количества целых решений их иногда безопаснее выписать.</w:t>
      </w:r>
    </w:p>
    <w:p>
      <w:pPr>
        <w:widowControl/>
        <w:spacing w:before="0" w:after="20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Проверка метода. Не сокращайте слагаемые через знак сложения. В выражении (x + 6)/x нельзя просто зачеркнуть x.</w:t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Выражения, уравнения и неравенства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Практика · Задания 40–44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40.</w:t>
        <w:tab/>
      </w:r>
      <w:r>
        <w:rPr>
          <w:rFonts w:ascii="Arial" w:hAnsi="Arial"/>
          <w:sz w:val="21"/>
        </w:rPr>
        <w:t>Решите уравнение 5x − 7 = 3x + 19.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12</w:t>
        <w:tab/>
        <w:t>B)  26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13</w:t>
        <w:tab/>
        <w:t>D)  6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41.</w:t>
        <w:tab/>
      </w:r>
      <w:r>
        <w:rPr>
          <w:rFonts w:ascii="Arial" w:hAnsi="Arial"/>
          <w:sz w:val="21"/>
        </w:rPr>
        <w:t>Найдите x, если 3(x − 4) + 2 = 2x + 9.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19</w:t>
        <w:tab/>
        <w:t>B)  7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11</w:t>
        <w:tab/>
        <w:t>D)  23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42.</w:t>
        <w:tab/>
      </w:r>
      <w:r>
        <w:rPr>
          <w:rFonts w:ascii="Arial" w:hAnsi="Arial"/>
          <w:sz w:val="21"/>
        </w:rPr>
        <w:t>Решите уравнение x/4 + x/6 = 10.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12</w:t>
        <w:tab/>
        <w:t>B)  30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20</w:t>
        <w:tab/>
        <w:t>D)  24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43.</w:t>
        <w:tab/>
      </w:r>
      <w:r>
        <w:rPr>
          <w:rFonts w:ascii="Arial" w:hAnsi="Arial"/>
          <w:sz w:val="21"/>
        </w:rPr>
        <w:t>Какое наибольшее целое число удовлетворяет неравенству 3x + 2 &lt; 20?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5</w:t>
        <w:tab/>
        <w:t>B)  4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7</w:t>
        <w:tab/>
        <w:t>D)  6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44.</w:t>
        <w:tab/>
      </w:r>
      <w:r>
        <w:rPr>
          <w:rFonts w:ascii="Arial" w:hAnsi="Arial"/>
          <w:sz w:val="21"/>
        </w:rPr>
        <w:t>Найдите сумму всех целых чисел x, для которых −3 &lt; x ≤ 4.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10</w:t>
        <w:tab/>
        <w:t>B)  4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7</w:t>
        <w:tab/>
        <w:t>D)  0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Выражения, уравнения и неравенства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Практика · Задания 45–49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45.</w:t>
        <w:tab/>
      </w:r>
      <w:r>
        <w:rPr>
          <w:rFonts w:ascii="Arial" w:hAnsi="Arial"/>
          <w:sz w:val="21"/>
        </w:rPr>
        <w:t>Решите уравнение |x − 3| = 5. Укажите сумму его корней.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2</w:t>
        <w:tab/>
        <w:t>B)  −6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8</w:t>
        <w:tab/>
        <w:t>D)  6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46.</w:t>
        <w:tab/>
      </w:r>
      <w:r>
        <w:rPr>
          <w:rFonts w:ascii="Arial" w:hAnsi="Arial"/>
          <w:sz w:val="21"/>
        </w:rPr>
        <w:t>При a = −2 найдите значение a² − 3a + 1.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5</w:t>
        <w:tab/>
        <w:t>B)  3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11</w:t>
        <w:tab/>
        <w:t>D)  −1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47.</w:t>
        <w:tab/>
      </w:r>
      <w:r>
        <w:rPr>
          <w:rFonts w:ascii="Arial" w:hAnsi="Arial"/>
          <w:sz w:val="21"/>
        </w:rPr>
        <w:t>Если y = 2x − 5 и x = 7, то чему равно 3y − x?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34</w:t>
        <w:tab/>
        <w:t>B)  21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20</w:t>
        <w:tab/>
        <w:t>D)  14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48.</w:t>
        <w:tab/>
      </w:r>
      <w:r>
        <w:rPr>
          <w:rFonts w:ascii="Arial" w:hAnsi="Arial"/>
          <w:sz w:val="21"/>
        </w:rPr>
        <w:t>В двух коробках 54 карандаша. В первой на 8 карандашей больше, чем во второй. Сколько в первой?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23</w:t>
        <w:tab/>
        <w:t>B)  35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31</w:t>
        <w:tab/>
        <w:t>D)  27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49.</w:t>
        <w:tab/>
      </w:r>
      <w:r>
        <w:rPr>
          <w:rFonts w:ascii="Arial" w:hAnsi="Arial"/>
          <w:sz w:val="21"/>
        </w:rPr>
        <w:t>Известно, что 2 &lt; x &lt; 9. Найдите |x − 2| + |x − 9|.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11 − 2x</w:t>
        <w:tab/>
        <w:t>B)  2x − 11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7</w:t>
        <w:tab/>
        <w:t>D)  11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Выражения, уравнения и неравенства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Углублённая практика · Задания 50–52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50.</w:t>
        <w:tab/>
      </w:r>
      <w:r>
        <w:rPr>
          <w:rFonts w:ascii="Arial" w:hAnsi="Arial"/>
          <w:sz w:val="21"/>
        </w:rPr>
        <w:t>Сколько целых чисел удовлетворяют |2x − 1| &lt; 7?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7</w:t>
        <w:tab/>
        <w:t>B)  8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5</w:t>
        <w:tab/>
        <w:t>D)  6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51.</w:t>
        <w:tab/>
      </w:r>
      <w:r>
        <w:rPr>
          <w:rFonts w:ascii="Arial" w:hAnsi="Arial"/>
          <w:sz w:val="21"/>
        </w:rPr>
        <w:t>Найдите сумму всех корней уравнения |x − 2| + |x + 1| = 7.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1</w:t>
        <w:tab/>
        <w:t>B)  −1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3</w:t>
        <w:tab/>
        <w:t>D)  7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52.</w:t>
        <w:tab/>
      </w:r>
      <w:r>
        <w:rPr>
          <w:rFonts w:ascii="Arial" w:hAnsi="Arial"/>
          <w:sz w:val="21"/>
        </w:rPr>
        <w:t>При каком значении a уравнение 3(x + 2) = ax + 6 имеет бесконечно много решений?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3</w:t>
        <w:tab/>
        <w:t>B)  0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6</w:t>
        <w:tab/>
        <w:t>D)  2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8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Для каждой задачи запишите, какой шаг отличает её от базовой. Обоснуйте ограничения и проверьте ответ в условии.</w:t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Движение, работа и производительность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Математика · Глава 5 · Основной и углублённый разбор</w:t>
      </w:r>
    </w:p>
    <w:p>
      <w:pPr>
        <w:widowControl/>
        <w:spacing w:before="0" w:after="24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Для равномерного движения s = vt. При встречном движении скорости складываются; при погоне вычитаются. Производительность равна доле работы за единицу времени. При совместной работе складывают производительности, если исполнители не мешают друг другу.</w:t>
      </w:r>
    </w:p>
    <w:p>
      <w:pPr>
        <w:widowControl/>
        <w:spacing w:before="0" w:after="28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Пример. Первый насос заполняет резервуар за 6 ч, второй за 12 ч. Вместе за час они заполняют 1/6 + 1/12 = 1/4 резервуара, значит требуется 4 ч.</w:t>
      </w:r>
    </w:p>
    <w:p>
      <w:pPr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24"/>
        </w:rPr>
        <w:t>Средняя скорость и изменение работы</w:t>
      </w:r>
    </w:p>
    <w:p>
      <w:pPr>
        <w:widowControl/>
        <w:spacing w:before="0" w:after="28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Используйте весь путь и всё время, включая указанные остановки. При равных расстояниях времена на участках разные, поэтому среднее скоростей обычно неверно. Для работы выберите условную единицу: весь заказ, одну деталь либо один станко-час; не смешивайте их в одном равенстве.</w:t>
      </w:r>
    </w:p>
    <w:p>
      <w:pPr>
        <w:widowControl/>
        <w:spacing w:before="0" w:after="28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Пример 1. Два участка по 60 км пройдены со скоростями 30 и 60 км/ч. Времена 2 и 1 ч. Средняя скорость 120/3 = 40 км/ч. Число 45 было бы правильным при равных временах, но не при равных расстояниях.</w:t>
      </w:r>
    </w:p>
    <w:p>
      <w:pPr>
        <w:widowControl/>
        <w:spacing w:before="0" w:after="28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Пример 2. Пять одинаковых станков выполняют заказ за 6 ч. После 2 ч два станка выключили. Всего нужно 30 станко-часов, уже сделано 10. Осталось 20, три станка выполнят остаток за 20/3 ч. Общее время 2 + 20/3 = 8 2/3 ч.</w:t>
      </w:r>
    </w:p>
    <w:p>
      <w:pPr>
        <w:widowControl/>
        <w:spacing w:before="0" w:after="28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При встрече скорости сближения складываются, при погоне вычитаются. Если старт разновременный, сначала найдите отрыв к моменту второго старта. По графику остановка соответствует горизонтальному участку расстояния.</w:t>
      </w:r>
    </w:p>
    <w:p>
      <w:pPr>
        <w:widowControl/>
        <w:spacing w:before="0" w:after="20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Проверка метода. Средняя скорость равна всему пути, делённому на всё время. Среднее арифметическое скоростей подходит не для любой поездки.</w:t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Движение, работа и производительность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Практика · Задания 53–57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53.</w:t>
        <w:tab/>
      </w:r>
      <w:r>
        <w:rPr>
          <w:rFonts w:ascii="Arial" w:hAnsi="Arial"/>
          <w:sz w:val="21"/>
        </w:rPr>
        <w:t>Два туриста вышли одновременно навстречу друг другу из пунктов на расстоянии 27 км. Их скорости 4 и 5 км/ч. Через сколько часов они встретятся?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2</w:t>
        <w:tab/>
        <w:t>B)  3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9</w:t>
        <w:tab/>
        <w:t>D)  4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54.</w:t>
        <w:tab/>
      </w:r>
      <w:r>
        <w:rPr>
          <w:rFonts w:ascii="Arial" w:hAnsi="Arial"/>
          <w:sz w:val="21"/>
        </w:rPr>
        <w:t>Велосипедист со скоростью 18 км/ч выехал вслед за бегуном со скоростью 10 км/ч. В момент выезда велосипедиста бегун был впереди на 12 км. Через сколько часов велосипедист догонит бегуна?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1</w:t>
        <w:tab/>
        <w:t>B)  0,5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2</w:t>
        <w:tab/>
        <w:t>D)  1,5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55.</w:t>
        <w:tab/>
      </w:r>
      <w:r>
        <w:rPr>
          <w:rFonts w:ascii="Arial" w:hAnsi="Arial"/>
          <w:sz w:val="21"/>
        </w:rPr>
        <w:t>Автобус прошёл 120 км за 2 часа, затем 90 км за 1 час. Найдите среднюю скорость за всё движение.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80 км/ч</w:t>
        <w:tab/>
        <w:t>B)  75 км/ч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60 км/ч</w:t>
        <w:tab/>
        <w:t>D)  70 км/ч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56.</w:t>
        <w:tab/>
      </w:r>
      <w:r>
        <w:rPr>
          <w:rFonts w:ascii="Arial" w:hAnsi="Arial"/>
          <w:sz w:val="21"/>
        </w:rPr>
        <w:t>Лодка движется в стоячей воде со скоростью 14 км/ч, течение имеет скорость 2 км/ч. За сколько часов лодка пройдёт 48 км против течения?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6</w:t>
        <w:tab/>
        <w:t>B)  3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4</w:t>
        <w:tab/>
        <w:t>D)  3,5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57.</w:t>
        <w:tab/>
      </w:r>
      <w:r>
        <w:rPr>
          <w:rFonts w:ascii="Arial" w:hAnsi="Arial"/>
          <w:sz w:val="21"/>
        </w:rPr>
        <w:t>Мастер выполняет заказ за 8 часов, ученик за 24 часа. За сколько часов они выполнят заказ вместе?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8</w:t>
        <w:tab/>
        <w:t>B)  6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16</w:t>
        <w:tab/>
        <w:t>D)  4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Движение, работа и производительность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Практика · Задания 58–62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58.</w:t>
        <w:tab/>
      </w:r>
      <w:r>
        <w:rPr>
          <w:rFonts w:ascii="Arial" w:hAnsi="Arial"/>
          <w:sz w:val="21"/>
        </w:rPr>
        <w:t>Два насоса вместе заполняют бак за 5 часов. Один насос заполняет его самостоятельно за 15 часов. За сколько часов заполнит бак другой насос?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7,5</w:t>
        <w:tab/>
        <w:t>B)  12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10</w:t>
        <w:tab/>
        <w:t>D)  20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59.</w:t>
        <w:tab/>
      </w:r>
      <w:r>
        <w:rPr>
          <w:rFonts w:ascii="Arial" w:hAnsi="Arial"/>
          <w:sz w:val="21"/>
        </w:rPr>
        <w:t>Принтер печатает 18 страниц за 3 минуты. Сколько страниц он напечатает за 8 минут при той же скорости?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54</w:t>
        <w:tab/>
        <w:t>B)  24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42</w:t>
        <w:tab/>
        <w:t>D)  48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60.</w:t>
        <w:tab/>
      </w:r>
      <w:r>
        <w:rPr>
          <w:rFonts w:ascii="Arial" w:hAnsi="Arial"/>
          <w:sz w:val="21"/>
        </w:rPr>
        <w:t>Поезд длиной 150 м движется со скоростью 54 км/ч. За сколько секунд он полностью пройдёт платформу длиной 300 м?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45</w:t>
        <w:tab/>
        <w:t>B)  20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10</w:t>
        <w:tab/>
        <w:t>D)  30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61.</w:t>
        <w:tab/>
      </w:r>
      <w:r>
        <w:rPr>
          <w:rFonts w:ascii="Arial" w:hAnsi="Arial"/>
          <w:sz w:val="21"/>
        </w:rPr>
        <w:t>Пешеход шёл 40 минут со скоростью 4,5 км/ч. Какое расстояние он прошёл?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3 км</w:t>
        <w:tab/>
        <w:t>B)  1,8 км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2 км</w:t>
        <w:tab/>
        <w:t>D)  30 км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62.</w:t>
        <w:tab/>
      </w:r>
      <w:r>
        <w:rPr>
          <w:rFonts w:ascii="Arial" w:hAnsi="Arial"/>
          <w:sz w:val="21"/>
        </w:rPr>
        <w:t>Бригада из 5 работников за 6 дней изготовила 450 одинаковых деталей. Сколько деталей изготовят 8 таких работников за 4 дня при той же производительности?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540</w:t>
        <w:tab/>
        <w:t>B)  360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720</w:t>
        <w:tab/>
        <w:t>D)  480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Движение, работа и производительность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Углублённая практика · Задания 63–65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63.</w:t>
        <w:tab/>
      </w:r>
      <w:r>
        <w:rPr>
          <w:rFonts w:ascii="Arial" w:hAnsi="Arial"/>
          <w:sz w:val="21"/>
        </w:rPr>
        <w:t>Половину пути автомобиль ехал со скоростью 40 км/ч, вторую половину — 60 км/ч. Найдите среднюю скорость.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52 км/ч</w:t>
        <w:tab/>
        <w:t>B)  45 км/ч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48 км/ч</w:t>
        <w:tab/>
        <w:t>D)  50 км/ч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64.</w:t>
        <w:tab/>
      </w:r>
      <w:r>
        <w:rPr>
          <w:rFonts w:ascii="Arial" w:hAnsi="Arial"/>
          <w:sz w:val="21"/>
        </w:rPr>
        <w:t>Первая труба заполняет бак за 6 ч, вторая за 8 ч, слив опорожняет полный бак за 24 ч. За сколько часов наполнится пустой бак, если открыть все три?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3</w:t>
        <w:tab/>
        <w:t>B)  4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4,8</w:t>
        <w:tab/>
        <w:t>D)  6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65.</w:t>
        <w:tab/>
      </w:r>
      <w:r>
        <w:rPr>
          <w:rFonts w:ascii="Arial" w:hAnsi="Arial"/>
          <w:sz w:val="21"/>
        </w:rPr>
        <w:t>Курьер выехал в 10:00 со скоростью 12 км/ч. Второй выехал по тому же маршруту в 10:30 со скоростью 18 км/ч. В котором часу он догонит первого?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12:00</w:t>
        <w:tab/>
        <w:t>B)  11:30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12:30</w:t>
        <w:tab/>
        <w:t>D)  11:00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8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Для каждой задачи запишите, какой шаг отличает её от базовой. Обоснуйте ограничения и проверьте ответ в условии.</w:t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Геометрия и измерения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Математика · Глава 6 · Основной и углублённый разбор</w:t>
      </w:r>
    </w:p>
    <w:p>
      <w:pPr>
        <w:widowControl/>
        <w:spacing w:before="0" w:after="24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Периметр прямоугольника равен 2(a + b), площадь ab. Площадь треугольника равна половине произведения основания и высоты к нему. Объём прямоугольного параллелепипеда равен abc. 1 м² = 10 000 см²; 1 л = 1000 см³. Если в задаче нужно π, используйте указанное приближение.</w:t>
      </w:r>
    </w:p>
    <w:p>
      <w:pPr>
        <w:widowControl/>
        <w:spacing w:before="0" w:after="28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Пример. У треугольника основание 12 см, высота к нему 7 см. Площадь равна 12 · 7 : 2 = 42 см². Наклонная сторона вместо высоты в эту формулу не подставляется.</w:t>
      </w:r>
    </w:p>
    <w:p>
      <w:pPr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24"/>
        </w:rPr>
        <w:t>Составные фигуры и масштаб</w:t>
      </w:r>
    </w:p>
    <w:p>
      <w:pPr>
        <w:widowControl/>
        <w:spacing w:before="0" w:after="28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Разбейте фигуру на части либо достройте до прямоугольника. Вычитать площади можно, когда вырезанная часть задана однозначно. Для периметра проследите весь контур: вырезание не всегда уменьшает его. Измерения рисунка линейкой не заменяют подписанные размеры.</w:t>
      </w:r>
    </w:p>
    <w:p>
      <w:pPr>
        <w:widowControl/>
        <w:spacing w:before="0" w:after="28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Пример 1. У прямоугольника 10 × 7 см из угла вырезали прямоугольник 3 × 2 см. Площадь остатка 70 − 6 = 64 см². Периметр остатка равен прежним 34 см: удалённые участки длиной 3 и 2 заменились такими же внутренними участками.</w:t>
      </w:r>
    </w:p>
    <w:p>
      <w:pPr>
        <w:widowControl/>
        <w:spacing w:before="0" w:after="28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Пример 2. Масштаб 1 : 300. Участок занимает на плане 5 см². Длины увеличиваются в 300 раз, площади — в 90 000. Реальная площадь 450 000 см² = 45 м². Нельзя умножать площадь только на 300.</w:t>
      </w:r>
    </w:p>
    <w:p>
      <w:pPr>
        <w:widowControl/>
        <w:spacing w:before="0" w:after="28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Для треугольника высота должна быть перпендикулярна выбранному основанию. Для окружности различайте диаметр и радиус. Для кубиков сначала подсчитайте, сколько их помещается по каждому измерению.</w:t>
      </w:r>
    </w:p>
    <w:p>
      <w:pPr>
        <w:widowControl/>
        <w:spacing w:before="0" w:after="20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Проверка метода. При увеличении всех длин в k раз площадь увеличивается в k² раз, объём в k³ раз.</w:t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Геометрия и измерения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Практика · Задания 66–70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66.</w:t>
        <w:tab/>
      </w:r>
      <w:r>
        <w:rPr>
          <w:rFonts w:ascii="Arial" w:hAnsi="Arial"/>
          <w:sz w:val="21"/>
        </w:rPr>
        <w:t>Периметр прямоугольника равен 46 см, одна сторона 9 см. Найдите площадь.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207 см²</w:t>
        <w:tab/>
        <w:t>B)  81 см²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126 см²</w:t>
        <w:tab/>
        <w:t>D)  117 см²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67.</w:t>
        <w:tab/>
      </w:r>
      <w:r>
        <w:rPr>
          <w:rFonts w:ascii="Arial" w:hAnsi="Arial"/>
          <w:sz w:val="21"/>
        </w:rPr>
        <w:t>Площадь квадрата равна 81 см². Найдите его периметр.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32 см</w:t>
        <w:tab/>
        <w:t>B)  36 см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18 см</w:t>
        <w:tab/>
        <w:t>D)  324 см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68.</w:t>
        <w:tab/>
      </w:r>
      <w:r>
        <w:rPr>
          <w:rFonts w:ascii="Arial" w:hAnsi="Arial"/>
          <w:sz w:val="21"/>
        </w:rPr>
        <w:t>Основание треугольника 15 см, высота к нему 8 см. Найдите площадь.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120 см²</w:t>
        <w:tab/>
        <w:t>B)  184 см²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60 см²</w:t>
        <w:tab/>
        <w:t>D)  30 см²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69.</w:t>
        <w:tab/>
      </w:r>
      <w:r>
        <w:rPr>
          <w:rFonts w:ascii="Arial" w:hAnsi="Arial"/>
          <w:sz w:val="21"/>
        </w:rPr>
        <w:t>Найдите объём коробки длиной 8 см, шириной 5 см и высотой 3 см.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79 см³</w:t>
        <w:tab/>
        <w:t>B)  16 см³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120 см³</w:t>
        <w:tab/>
        <w:t>D)  240 см³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70.</w:t>
        <w:tab/>
      </w:r>
      <w:r>
        <w:rPr>
          <w:rFonts w:ascii="Arial" w:hAnsi="Arial"/>
          <w:sz w:val="21"/>
        </w:rPr>
        <w:t>Сколько литров воды вмещает прямоугольный аквариум с внутренними размерами 40 × 25 × 30 см?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30 л</w:t>
        <w:tab/>
        <w:t>B)  12 л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300 л</w:t>
        <w:tab/>
        <w:t>D)  3 л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Геометрия и измерения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Практика · Задания 71–75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71.</w:t>
        <w:tab/>
      </w:r>
      <w:r>
        <w:rPr>
          <w:rFonts w:ascii="Arial" w:hAnsi="Arial"/>
          <w:sz w:val="21"/>
        </w:rPr>
        <w:t>Смежные углы относятся как 2 : 7. Найдите больший угол.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140°</w:t>
        <w:tab/>
        <w:t>B)  40°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160°</w:t>
        <w:tab/>
        <w:t>D)  126°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72.</w:t>
        <w:tab/>
      </w:r>
      <w:r>
        <w:rPr>
          <w:rFonts w:ascii="Arial" w:hAnsi="Arial"/>
          <w:sz w:val="21"/>
        </w:rPr>
        <w:t>В треугольнике два угла равны 48° и 67°. Найдите третий.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55°</w:t>
        <w:tab/>
        <w:t>B)  65°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115°</w:t>
        <w:tab/>
        <w:t>D)  75°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73.</w:t>
        <w:tab/>
      </w:r>
      <w:r>
        <w:rPr>
          <w:rFonts w:ascii="Arial" w:hAnsi="Arial"/>
          <w:sz w:val="21"/>
        </w:rPr>
        <w:t>Длина окружности радиусом 5 см равна чему при π = 3,14?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78,5 см</w:t>
        <w:tab/>
        <w:t>B)  15,7 см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31,4 см</w:t>
        <w:tab/>
        <w:t>D)  62,8 см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74.</w:t>
        <w:tab/>
      </w:r>
      <w:r>
        <w:rPr>
          <w:rFonts w:ascii="Arial" w:hAnsi="Arial"/>
          <w:sz w:val="21"/>
        </w:rPr>
        <w:t>Сторону квадрата увеличили на 20%. На сколько процентов увеличилась его площадь?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20%</w:t>
        <w:tab/>
        <w:t>B)  40%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120%</w:t>
        <w:tab/>
        <w:t>D)  44%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75.</w:t>
        <w:tab/>
      </w:r>
      <w:r>
        <w:rPr>
          <w:rFonts w:ascii="Arial" w:hAnsi="Arial"/>
          <w:sz w:val="21"/>
        </w:rPr>
        <w:t>Из прямоугольного листа 12 × 10 см вырезали квадрат 4 × 4 см. Найдите площадь оставшейся части.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112 см²</w:t>
        <w:tab/>
        <w:t>B)  104 см²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116 см²</w:t>
        <w:tab/>
        <w:t>D)  96 см²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Геометрия и измерения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Углублённая практика · Задания 76–78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76.</w:t>
        <w:tab/>
      </w:r>
      <w:r>
        <w:rPr>
          <w:rFonts w:ascii="Arial" w:hAnsi="Arial"/>
          <w:sz w:val="21"/>
        </w:rPr>
        <w:t>Прямоугольник 14 × 10 см обрамлён снаружи дорожкой одинаковой ширины 2 см. Найдите площадь дорожки.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112 см²</w:t>
        <w:tab/>
        <w:t>B)  252 см²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96 см²</w:t>
        <w:tab/>
        <w:t>D)  108 см²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77.</w:t>
        <w:tab/>
      </w:r>
      <w:r>
        <w:rPr>
          <w:rFonts w:ascii="Arial" w:hAnsi="Arial"/>
          <w:sz w:val="21"/>
        </w:rPr>
        <w:t>Из куба с ребром 6 см составили маленькие кубики с ребром 2 см без потерь материала. Сколько маленьких кубиков имеют ровно одну грань на внешней поверхности исходного куба?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6</w:t>
        <w:tab/>
        <w:t>B)  1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18</w:t>
        <w:tab/>
        <w:t>D)  12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78.</w:t>
        <w:tab/>
      </w:r>
      <w:r>
        <w:rPr>
          <w:rFonts w:ascii="Arial" w:hAnsi="Arial"/>
          <w:sz w:val="21"/>
        </w:rPr>
        <w:t>У прямоугольника целочисленные положительные стороны и площадь 48 см². Каков наименьший возможный периметр?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24 см</w:t>
        <w:tab/>
        <w:t>B)  28 см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26 см</w:t>
        <w:tab/>
        <w:t>D)  32 см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8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Для каждой задачи запишите, какой шаг отличает её от базовой. Обоснуйте ограничения и проверьте ответ в условии.</w:t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Данные, средние значения и подсчёт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Математика · Глава 7 · Основной и углублённый разбор</w:t>
      </w:r>
    </w:p>
    <w:p>
      <w:pPr>
        <w:widowControl/>
        <w:spacing w:before="0" w:after="24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Среднее арифметическое равно сумме значений, делённой на их количество. Медиана упорядоченного ряда стоит посередине, а при чётном числе значений равна среднему двух центральных. При подсчёте пересечения двух групп: число в объединении равно сумме численностей групп минус пересечение.</w:t>
      </w:r>
    </w:p>
    <w:p>
      <w:pPr>
        <w:widowControl/>
        <w:spacing w:before="0" w:after="28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Пример. Четыре оценки имеют среднее 8. Их сумма 32. Если добавить оценку 10, новое среднее равно (32 + 10) : 5 = 8,4.</w:t>
      </w:r>
    </w:p>
    <w:p>
      <w:pPr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24"/>
        </w:rPr>
        <w:t>Взвешенные средние и пересечения</w:t>
      </w:r>
    </w:p>
    <w:p>
      <w:pPr>
        <w:widowControl/>
        <w:spacing w:before="0" w:after="28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Среднее — это способ восстановить сумму. Если объединяются группы разного размера, сначала умножьте каждое среднее на число значений. При трёх множествах парные пересечения включают тройное; сначала вычтите все парные пересечения и верните тройное один раз.</w:t>
      </w:r>
    </w:p>
    <w:p>
      <w:pPr>
        <w:widowControl/>
        <w:spacing w:before="0" w:after="28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Пример 1. У 4 посылок средняя масса 3 кг, у 6 других 8 кг. Масса всех 12 + 48 = 60 кг, посылок 10. Средняя 6 кг. Среднее двух средних 5,5 кг здесь неверно.</w:t>
      </w:r>
    </w:p>
    <w:p>
      <w:pPr>
        <w:widowControl/>
        <w:spacing w:before="0" w:after="28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Пример 2. Из 30 учеников 18 ходят в A, 16 в B, а 5 — ни в один. В объединении 25. Пересечение 18 + 16 − 25 = 9. Только A: 18 − 9 = 9; только B: 16 − 9 = 7. Проверка 9 + 9 + 7 + 5 = 30.</w:t>
      </w:r>
    </w:p>
    <w:p>
      <w:pPr>
        <w:widowControl/>
        <w:spacing w:before="0" w:after="28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При подсчёте пар уточните, важен ли порядок. Выбор двух книг — одна пара, выдача первой и второй премии — два разных порядка. В вероятности без возвращения меняются и число объектов, и общее количество.</w:t>
      </w:r>
    </w:p>
    <w:p>
      <w:pPr>
        <w:widowControl/>
        <w:spacing w:before="0" w:after="20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Проверка метода. Не усредняйте средние двух групп без учёта их численности. Сначала восстановите суммы.</w:t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Данные, средние значения и подсчёт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Практика · Задания 79–83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79.</w:t>
        <w:tab/>
      </w:r>
      <w:r>
        <w:rPr>
          <w:rFonts w:ascii="Arial" w:hAnsi="Arial"/>
          <w:sz w:val="21"/>
        </w:rPr>
        <w:t>Среднее арифметическое чисел 6, 9, 11 и x равно 10. Найдите x.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10</w:t>
        <w:tab/>
        <w:t>B)  16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14</w:t>
        <w:tab/>
        <w:t>D)  12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80.</w:t>
        <w:tab/>
      </w:r>
      <w:r>
        <w:rPr>
          <w:rFonts w:ascii="Arial" w:hAnsi="Arial"/>
          <w:sz w:val="21"/>
        </w:rPr>
        <w:t>Найдите медиану ряда 12, 4, 9, 7, 15.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9,4</w:t>
        <w:tab/>
        <w:t>B)  12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9</w:t>
        <w:tab/>
        <w:t>D)  7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81.</w:t>
        <w:tab/>
      </w:r>
      <w:r>
        <w:rPr>
          <w:rFonts w:ascii="Arial" w:hAnsi="Arial"/>
          <w:sz w:val="21"/>
        </w:rPr>
        <w:t>В понедельник продали 18 билетов, во вторник 24, в среду 30. На сколько процентов продажи в среду больше, чем в понедельник?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50%</w:t>
        <w:tab/>
        <w:t>B)  66 2/3%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40%</w:t>
        <w:tab/>
        <w:t>D)  60%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82.</w:t>
        <w:tab/>
      </w:r>
      <w:r>
        <w:rPr>
          <w:rFonts w:ascii="Arial" w:hAnsi="Arial"/>
          <w:sz w:val="21"/>
        </w:rPr>
        <w:t>Из 32 учеников 20 посещают шахматы, 17 робототехнику, 8 оба кружка. Сколько не посещают ни один из этих кружков?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8</w:t>
        <w:tab/>
        <w:t>B)  3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11</w:t>
        <w:tab/>
        <w:t>D)  5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83.</w:t>
        <w:tab/>
      </w:r>
      <w:r>
        <w:rPr>
          <w:rFonts w:ascii="Arial" w:hAnsi="Arial"/>
          <w:sz w:val="21"/>
        </w:rPr>
        <w:t>Есть 4 вида обложек и 3 вида пружин для блокнота. Сколько разных сочетаний одной обложки и одной пружины можно выбрать?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7</w:t>
        <w:tab/>
        <w:t>B)  24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12</w:t>
        <w:tab/>
        <w:t>D)  9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Данные, средние значения и подсчёт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Практика · Задания 84–88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84.</w:t>
        <w:tab/>
      </w:r>
      <w:r>
        <w:rPr>
          <w:rFonts w:ascii="Arial" w:hAnsi="Arial"/>
          <w:sz w:val="21"/>
        </w:rPr>
        <w:t>Сколько двузначных чисел можно составить из цифр 1, 3, 5, 7 без повторения цифр?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12</w:t>
        <w:tab/>
        <w:t>B)  8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16</w:t>
        <w:tab/>
        <w:t>D)  24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85.</w:t>
        <w:tab/>
      </w:r>
      <w:r>
        <w:rPr>
          <w:rFonts w:ascii="Arial" w:hAnsi="Arial"/>
          <w:sz w:val="21"/>
        </w:rPr>
        <w:t>В мешке 5 красных, 3 синих и 2 белых шара. Все шары равновероятны при извлечении одного шара. Какова вероятность извлечь синий?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3/7</w:t>
        <w:tab/>
        <w:t>B)  3/10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7/10</w:t>
        <w:tab/>
        <w:t>D)  1/3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86.</w:t>
        <w:tab/>
      </w:r>
      <w:r>
        <w:rPr>
          <w:rFonts w:ascii="Arial" w:hAnsi="Arial"/>
          <w:sz w:val="21"/>
        </w:rPr>
        <w:t>Средняя масса 3 посылок равна 4 кг, а средняя масса 2 других равна 7 кг. Найдите среднюю массу всех пяти.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5,2 кг</w:t>
        <w:tab/>
        <w:t>B)  6 кг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5,5 кг</w:t>
        <w:tab/>
        <w:t>D)  4,8 кг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87.</w:t>
        <w:tab/>
      </w:r>
      <w:r>
        <w:rPr>
          <w:rFonts w:ascii="Arial" w:hAnsi="Arial"/>
          <w:sz w:val="21"/>
        </w:rPr>
        <w:t>В ряду 4, 7, 7, 9, 13 заменили число 13 на 18. На сколько увеличилось среднее арифметическое?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5</w:t>
        <w:tab/>
        <w:t>B)  2,5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0,2</w:t>
        <w:tab/>
        <w:t>D)  1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88.</w:t>
        <w:tab/>
      </w:r>
      <w:r>
        <w:rPr>
          <w:rFonts w:ascii="Arial" w:hAnsi="Arial"/>
          <w:sz w:val="21"/>
        </w:rPr>
        <w:t>В турнире каждый из 6 участников сыграл с каждым другим ровно один раз. Сколько было игр?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18</w:t>
        <w:tab/>
        <w:t>B)  12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30</w:t>
        <w:tab/>
        <w:t>D)  15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Данные, средние значения и подсчёт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Углублённая практика · Задания 89–91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89.</w:t>
        <w:tab/>
      </w:r>
      <w:r>
        <w:rPr>
          <w:rFonts w:ascii="Arial" w:hAnsi="Arial"/>
          <w:sz w:val="21"/>
        </w:rPr>
        <w:t>Из 40 учеников 22 посещают кружок A, 18 кружок B, 15 кружок C. В A и B состоят 10, в A и C — 8, в B и C — 7, во всех трёх — 4. Парные пересечения включают учеников из всех трёх кружков. Сколько учеников не посещают ни одного?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2</w:t>
        <w:tab/>
        <w:t>B)  10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6</w:t>
        <w:tab/>
        <w:t>D)  4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90.</w:t>
        <w:tab/>
      </w:r>
      <w:r>
        <w:rPr>
          <w:rFonts w:ascii="Arial" w:hAnsi="Arial"/>
          <w:sz w:val="21"/>
        </w:rPr>
        <w:t>Среднее пяти чисел равно 18. Удалили наибольшее число; среднее оставшихся четырёх стало 15. Найдите удалённое число.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21</w:t>
        <w:tab/>
        <w:t>B)  33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30</w:t>
        <w:tab/>
        <w:t>D)  27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91.</w:t>
        <w:tab/>
      </w:r>
      <w:r>
        <w:rPr>
          <w:rFonts w:ascii="Arial" w:hAnsi="Arial"/>
          <w:sz w:val="21"/>
        </w:rPr>
        <w:t>Из цифр 0, 2, 3, 5 составляют трёхзначные чётные числа без повторений. Сколько таких чисел?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8</w:t>
        <w:tab/>
        <w:t>B)  10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12</w:t>
        <w:tab/>
        <w:t>D)  18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8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Для каждой задачи запишите, какой шаг отличает её от базовой. Обоснуйте ограничения и проверьте ответ в условии.</w:t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Логические и многошаговые задачи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Математика · Глава 8 · Основной и углублённый разбор</w:t>
      </w:r>
    </w:p>
    <w:p>
      <w:pPr>
        <w:widowControl/>
        <w:spacing w:before="0" w:after="24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Начните с вопроса: что неизвестно и какие ограничения заданы? Для обратных действий идите от результата к началу. Для числового ряда ищите простое правило, но помните: несколько начальных чисел сами по себе не определяют единственное продолжение. Поэтому в этой книге правило ряда задаётся явно.</w:t>
      </w:r>
    </w:p>
    <w:p>
      <w:pPr>
        <w:widowControl/>
        <w:spacing w:before="0" w:after="28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Пример. Число умножили на 3 и вычли 8; получилось 25. В обратном порядке: 25 + 8 = 33, 33 : 3 = 11. Проверка: 11 · 3 − 8 = 25.</w:t>
      </w:r>
    </w:p>
    <w:p>
      <w:pPr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24"/>
        </w:rPr>
        <w:t>Перебор без пропусков и доказательство границы</w:t>
      </w:r>
    </w:p>
    <w:p>
      <w:pPr>
        <w:widowControl/>
        <w:spacing w:before="0" w:after="28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Разделяйте варианты на непересекающиеся случаи. Для наибольшего или наименьшего ответа нужны два шага: показать невозможность лучшего значения и привести пример, где заявленное значение достигается. Простая догадка даёт только кандидата.</w:t>
      </w:r>
    </w:p>
    <w:p>
      <w:pPr>
        <w:widowControl/>
        <w:spacing w:before="0" w:after="28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Пример 1. Из цифр 0, 1, 2 составляют двузначные чётные числа без повторений. Если последняя цифра 0, есть 10 и 20. Если последняя 2, первая не может быть 0 и остаётся 12. Всего 3. Правило умножения без разделения по последней цифре могло ошибочно учесть 02.</w:t>
      </w:r>
    </w:p>
    <w:p>
      <w:pPr>
        <w:widowControl/>
        <w:spacing w:before="0" w:after="28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Пример 2. Три разные положительные целые имеют сумму 16. Наименьшее не может быть 5: тогда минимальная сумма 5 + 6 + 7 = 18. Значение 4 достижимо: 4 + 5 + 7 = 16. Значит наибольшее возможное наименьшее равно 4.</w:t>
      </w:r>
    </w:p>
    <w:p>
      <w:pPr>
        <w:widowControl/>
        <w:spacing w:before="0" w:after="28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В гарантированных задачах рассматривайте худший допустимый случай. В задачах на весы каждое взвешивание имеет три исхода; но после оценки числа исходов ещё нужен работающий алгоритм поиска.</w:t>
      </w:r>
    </w:p>
    <w:p>
      <w:pPr>
        <w:widowControl/>
        <w:spacing w:before="0" w:after="20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Проверка метода. Проверьте границы, единицы и смысл ответа. Между n отметками в ряд обычно n − 1 промежутков.</w:t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Логические и многошаговые задачи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Практика · Задания 92–96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92.</w:t>
        <w:tab/>
      </w:r>
      <w:r>
        <w:rPr>
          <w:rFonts w:ascii="Arial" w:hAnsi="Arial"/>
          <w:sz w:val="21"/>
        </w:rPr>
        <w:t>Вдоль прямой дорожки установили 13 фонарей через каждые 7 м. Каково расстояние между крайними фонарями?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84 м</w:t>
        <w:tab/>
        <w:t>B)  98 м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91 м</w:t>
        <w:tab/>
        <w:t>D)  77 м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93.</w:t>
        <w:tab/>
      </w:r>
      <w:r>
        <w:rPr>
          <w:rFonts w:ascii="Arial" w:hAnsi="Arial"/>
          <w:sz w:val="21"/>
        </w:rPr>
        <w:t>Ленту разрезают на 16 равных частей последовательными одиночными разрезами, не складывая её. Сколько нужно разрезов?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17</w:t>
        <w:tab/>
        <w:t>B)  16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14</w:t>
        <w:tab/>
        <w:t>D)  15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94.</w:t>
        <w:tab/>
      </w:r>
      <w:r>
        <w:rPr>
          <w:rFonts w:ascii="Arial" w:hAnsi="Arial"/>
          <w:sz w:val="21"/>
        </w:rPr>
        <w:t>У Айданы вдвое больше марок, чем у Тимура. После передачи 9 марок от Айданы Тимуру их количества сравнялись. Сколько марок было у Айданы?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36</w:t>
        <w:tab/>
        <w:t>B)  27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18</w:t>
        <w:tab/>
        <w:t>D)  54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95.</w:t>
        <w:tab/>
      </w:r>
      <w:r>
        <w:rPr>
          <w:rFonts w:ascii="Arial" w:hAnsi="Arial"/>
          <w:sz w:val="21"/>
        </w:rPr>
        <w:t>В последовательности первое число 3, каждое следующее равно удвоенному предыдущему минус 1. Найдите пятое число.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31</w:t>
        <w:tab/>
        <w:t>B)  48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33</w:t>
        <w:tab/>
        <w:t>D)  17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96.</w:t>
        <w:tab/>
      </w:r>
      <w:r>
        <w:rPr>
          <w:rFonts w:ascii="Arial" w:hAnsi="Arial"/>
          <w:sz w:val="21"/>
        </w:rPr>
        <w:t>В коробке только красные и синие фломастеры. Красных 7, синих 9. Сколько фломастеров нужно взять вслепую, чтобы гарантировать хотя бы 2 красных?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9</w:t>
        <w:tab/>
        <w:t>B)  10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11</w:t>
        <w:tab/>
        <w:t>D)  2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Логические и многошаговые задачи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Практика · Задания 97–101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97.</w:t>
        <w:tab/>
      </w:r>
      <w:r>
        <w:rPr>
          <w:rFonts w:ascii="Arial" w:hAnsi="Arial"/>
          <w:sz w:val="21"/>
        </w:rPr>
        <w:t>Отцу 38 лет, сыну 10 лет. Через сколько лет отец будет в 3 раза старше сына?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3</w:t>
        <w:tab/>
        <w:t>B)  14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4</w:t>
        <w:tab/>
        <w:t>D)  5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98.</w:t>
        <w:tab/>
      </w:r>
      <w:r>
        <w:rPr>
          <w:rFonts w:ascii="Arial" w:hAnsi="Arial"/>
          <w:sz w:val="21"/>
        </w:rPr>
        <w:t>На парковке стоят только двухколёсные велосипеды и трёхколёсные самокаты, всего 10 устройств. У них вместе ровно 24 колеса. Сколько самокатов?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5</w:t>
        <w:tab/>
        <w:t>B)  2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4</w:t>
        <w:tab/>
        <w:t>D)  6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99.</w:t>
        <w:tab/>
      </w:r>
      <w:r>
        <w:rPr>
          <w:rFonts w:ascii="Arial" w:hAnsi="Arial"/>
          <w:sz w:val="21"/>
        </w:rPr>
        <w:t>Трёхзначный код составлен из цифр 0, 2, 5 без повторений. Код может начинаться с нуля. Сколько кодов существует?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4</w:t>
        <w:tab/>
        <w:t>B)  9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6</w:t>
        <w:tab/>
        <w:t>D)  5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100.</w:t>
        <w:tab/>
      </w:r>
      <w:r>
        <w:rPr>
          <w:rFonts w:ascii="Arial" w:hAnsi="Arial"/>
          <w:sz w:val="21"/>
        </w:rPr>
        <w:t>В соревновании участвовали только А, Б и В. Они заняли разные места. А финишировал раньше Б, а В раньше А. Кто занял второе место?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В</w:t>
        <w:tab/>
        <w:t>B)  А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Б</w:t>
        <w:tab/>
        <w:t>D)  Нельзя определить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101.</w:t>
        <w:tab/>
      </w:r>
      <w:r>
        <w:rPr>
          <w:rFonts w:ascii="Arial" w:hAnsi="Arial"/>
          <w:sz w:val="21"/>
        </w:rPr>
        <w:t>На складе было несколько коробок. Увезли треть всех коробок, затем половину оставшихся. После этого осталось 18 коробок. Сколько коробок было сначала?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36</w:t>
        <w:tab/>
        <w:t>B)  48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54</w:t>
        <w:tab/>
        <w:t>D)  72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Логические и многошаговые задачи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Углублённая практика · Задания 102–104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102.</w:t>
        <w:tab/>
      </w:r>
      <w:r>
        <w:rPr>
          <w:rFonts w:ascii="Arial" w:hAnsi="Arial"/>
          <w:sz w:val="21"/>
        </w:rPr>
        <w:t>В клетчатой сетке 3 × 2 клетки можно идти от левого нижнего до правого верхнего узла только вправо и вверх по сторонам клеток. Сколько кратчайших маршрутов?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12</w:t>
        <w:tab/>
        <w:t>B)  6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5</w:t>
        <w:tab/>
        <w:t>D)  10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103.</w:t>
        <w:tab/>
      </w:r>
      <w:r>
        <w:rPr>
          <w:rFonts w:ascii="Arial" w:hAnsi="Arial"/>
          <w:sz w:val="21"/>
        </w:rPr>
        <w:t>Четыре разных положительных целых числа имеют сумму 20. Какое наибольшее значение может иметь наименьшее из них?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3</w:t>
        <w:tab/>
        <w:t>B)  2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4</w:t>
        <w:tab/>
        <w:t>D)  5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104.</w:t>
        <w:tab/>
      </w:r>
      <w:r>
        <w:rPr>
          <w:rFonts w:ascii="Arial" w:hAnsi="Arial"/>
          <w:sz w:val="21"/>
        </w:rPr>
        <w:t>Есть 9 одинаковых на вид монет; одна легче остальных, остальные имеют равную массу. Какое минимальное число взвешиваний на чашечных весах без гирь гарантированно найдёт лёгкую монету?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4</w:t>
        <w:tab/>
        <w:t>B)  3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2</w:t>
        <w:tab/>
        <w:t>D)  1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8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Для каждой задачи запишите, какой шаг отличает её от базовой. Обоснуйте ограничения и проверьте ответ в условии.</w:t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Сравнение числовых выражений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Количественные характеристики · Глава 1</w:t>
      </w:r>
    </w:p>
    <w:p>
      <w:pPr>
        <w:widowControl/>
        <w:spacing w:before="0" w:after="24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В каждом задании сравниваются колонка А и колонка В. Ответы постоянны: A — больше А; B — больше В; C — равны; D — информации недостаточно для одного из трёх первых выводов. Сначала ищите общие множители, одинаковые слагаемые и удобное округление.</w:t>
      </w:r>
    </w:p>
    <w:p>
      <w:pPr>
        <w:widowControl/>
        <w:spacing w:before="0" w:after="28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Пример. А: 48 · 19; В: 48 · 20 − 48. Раскрытие скобок показывает равенство, ответ C. Не обязательно вычислять оба значения.</w:t>
      </w:r>
    </w:p>
    <w:p>
      <w:pPr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24"/>
        </w:rPr>
        <w:t>Сравнение через разность</w:t>
      </w:r>
    </w:p>
    <w:p>
      <w:pPr>
        <w:widowControl/>
        <w:spacing w:before="0" w:after="28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Для положительных дробей безопасно перемножить крест-накрест. При переменных проверьте знак знаменателей. Если выражения похожи, рассмотрите их разность: положительная даёт A, отрицательная B, тождественный ноль C.</w:t>
      </w:r>
    </w:p>
    <w:p>
      <w:pPr>
        <w:widowControl/>
        <w:spacing w:before="0" w:after="28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Пример 1. А: 101 · 99; В: 100². Слева (100 − 1)(100 + 1) = 10000 − 1. Без длинного умножения получаем B.</w:t>
      </w:r>
    </w:p>
    <w:p>
      <w:pPr>
        <w:widowControl/>
        <w:spacing w:before="0" w:after="28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Пример 2. При a &gt; 0 сравним a/(a + 1) и (a + 1)/(a + 2). Знаменатели положительны. Разность перекрёстных произведений (a + 1)² − a(a + 2) равна 1, значит больше второе выражение: B.</w:t>
      </w:r>
    </w:p>
    <w:p>
      <w:pPr>
        <w:widowControl/>
        <w:spacing w:before="0" w:after="28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При равенстве вы должны доказать тождество на всех разрешённых значениях. Почти равные десятичные приближения не являются доказательством C.</w:t>
      </w:r>
    </w:p>
    <w:p>
      <w:pPr>
        <w:widowControl/>
        <w:spacing w:before="0" w:after="20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Проверка метода. Ответ D используют из-за неопределённости условия. Длинное вычисление само по себе не означает недостатка информации.</w:t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Сравнение числовых выражений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Практика · Задания 105–109</w:t>
      </w:r>
    </w:p>
    <w:p>
      <w:pPr>
        <w:widowControl/>
        <w:spacing w:before="0" w:after="24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A — больше А; B — больше В; C — равны; D — информации недостаточно.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105.</w:t>
        <w:tab/>
      </w:r>
      <w:r>
        <w:rPr>
          <w:rFonts w:ascii="Arial" w:hAnsi="Arial"/>
          <w:sz w:val="21"/>
        </w:rPr>
        <w:t>Сравните значения в колонках.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48 · 25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50 · 24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106.</w:t>
        <w:tab/>
      </w:r>
      <w:r>
        <w:rPr>
          <w:rFonts w:ascii="Arial" w:hAnsi="Arial"/>
          <w:sz w:val="21"/>
        </w:rPr>
        <w:t>Сравните значения в колонках.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0,408 + 0,07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0,48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107.</w:t>
        <w:tab/>
      </w:r>
      <w:r>
        <w:rPr>
          <w:rFonts w:ascii="Arial" w:hAnsi="Arial"/>
          <w:sz w:val="21"/>
        </w:rPr>
        <w:t>Сравните значения в колонках.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7/9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5/6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108.</w:t>
        <w:tab/>
      </w:r>
      <w:r>
        <w:rPr>
          <w:rFonts w:ascii="Arial" w:hAnsi="Arial"/>
          <w:sz w:val="21"/>
        </w:rPr>
        <w:t>Сравните значения в колонках.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99 · 101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100²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109.</w:t>
        <w:tab/>
      </w:r>
      <w:r>
        <w:rPr>
          <w:rFonts w:ascii="Arial" w:hAnsi="Arial"/>
          <w:sz w:val="21"/>
        </w:rPr>
        <w:t>Сравните значения в колонках.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3,6 : 0,12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36 : 1,2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Сравнение числовых выражений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Практика · Задания 110–114</w:t>
      </w:r>
    </w:p>
    <w:p>
      <w:pPr>
        <w:widowControl/>
        <w:spacing w:before="0" w:after="24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A — больше А; B — больше В; C — равны; D — информации недостаточно.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110.</w:t>
        <w:tab/>
      </w:r>
      <w:r>
        <w:rPr>
          <w:rFonts w:ascii="Arial" w:hAnsi="Arial"/>
          <w:sz w:val="21"/>
        </w:rPr>
        <w:t>Сравните значения в колонках.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|−8| + |−3|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|−8 − 3|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111.</w:t>
        <w:tab/>
      </w:r>
      <w:r>
        <w:rPr>
          <w:rFonts w:ascii="Arial" w:hAnsi="Arial"/>
          <w:sz w:val="21"/>
        </w:rPr>
        <w:t>Сравните значения в колонках.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(2/3) · (3/4)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1/2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112.</w:t>
        <w:tab/>
      </w:r>
      <w:r>
        <w:rPr>
          <w:rFonts w:ascii="Arial" w:hAnsi="Arial"/>
          <w:sz w:val="21"/>
        </w:rPr>
        <w:t>Сравните значения в колонках.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1/0,4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2,4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113.</w:t>
        <w:tab/>
      </w:r>
      <w:r>
        <w:rPr>
          <w:rFonts w:ascii="Arial" w:hAnsi="Arial"/>
          <w:sz w:val="21"/>
        </w:rPr>
        <w:t>Сравните значения в колонках.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17² − 16²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32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114.</w:t>
        <w:tab/>
      </w:r>
      <w:r>
        <w:rPr>
          <w:rFonts w:ascii="Arial" w:hAnsi="Arial"/>
          <w:sz w:val="21"/>
        </w:rPr>
        <w:t>Сравните значения в колонках.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5/12 + 1/3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7/10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Переменные и достаточность условий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Количественные характеристики · Глава 2</w:t>
      </w:r>
    </w:p>
    <w:p>
      <w:pPr>
        <w:widowControl/>
        <w:spacing w:before="0" w:after="24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Сравнение должно быть верным для всех допустимых значений. Если при одних значениях получается A, а при других B или C, ответ D. Для доказательства D достаточно двух допустимых примеров с разными исходами. Один пример не доказывает A, B или C.</w:t>
      </w:r>
    </w:p>
    <w:p>
      <w:pPr>
        <w:widowControl/>
        <w:spacing w:before="0" w:after="28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Пример. Условие x &gt; 0. А: x²; В: x. При x = 2 больше А, при x = 1/2 больше В. Следовательно, ответ D.</w:t>
      </w:r>
    </w:p>
    <w:p>
      <w:pPr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24"/>
        </w:rPr>
        <w:t>Контрпример для ответа D</w:t>
      </w:r>
    </w:p>
    <w:p>
      <w:pPr>
        <w:widowControl/>
        <w:spacing w:before="0" w:after="28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Для D найдите два допустимых набора данных с разными исходами сравнения. Они могут давать A и C, либо B и C; не обязательно именно A и B. Для строгого ответа A или B убедитесь, что равенство невозможно.</w:t>
      </w:r>
    </w:p>
    <w:p>
      <w:pPr>
        <w:widowControl/>
        <w:spacing w:before="0" w:after="28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Пример 1. При x ≥ 0 сравниваются x² и 0. При x = 0 равенство; при x = 2 больше А. Значит D, хотя колонка А никогда не меньше В.</w:t>
      </w:r>
    </w:p>
    <w:p>
      <w:pPr>
        <w:widowControl/>
        <w:spacing w:before="0" w:after="28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Пример 2. При x &gt; y &gt; 0 сравниваются x² и y². Разность (x − y)(x + y) положительна; ответ A для всех допустимых пар. Два удачных числовых примера не заменяют это обоснование.</w:t>
      </w:r>
    </w:p>
    <w:p>
      <w:pPr>
        <w:widowControl/>
        <w:spacing w:before="0" w:after="28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Условие «целое» или «натуральное» может устранить неопределённость. Если 2 &lt; n &lt; 4 и n целое, разрешено только n = 3.</w:t>
      </w:r>
    </w:p>
    <w:p>
      <w:pPr>
        <w:widowControl/>
        <w:spacing w:before="0" w:after="20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Проверка метода. Не считайте число целым или положительным без указания. При 0 &lt; x &lt; 1 умножение на x уменьшает положительное число.</w:t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Переменные и достаточность условий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Практика · Задания 115–119</w:t>
      </w:r>
    </w:p>
    <w:p>
      <w:pPr>
        <w:widowControl/>
        <w:spacing w:before="0" w:after="24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A — больше А; B — больше В; C — равны; D — информации недостаточно.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115.</w:t>
        <w:tab/>
      </w:r>
      <w:r>
        <w:rPr>
          <w:rFonts w:ascii="Arial" w:hAnsi="Arial"/>
          <w:sz w:val="21"/>
        </w:rPr>
        <w:t>x &gt; 7.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x + 2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9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116.</w:t>
        <w:tab/>
      </w:r>
      <w:r>
        <w:rPr>
          <w:rFonts w:ascii="Arial" w:hAnsi="Arial"/>
          <w:sz w:val="21"/>
        </w:rPr>
        <w:t>x &lt; 5.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x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3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117.</w:t>
        <w:tab/>
      </w:r>
      <w:r>
        <w:rPr>
          <w:rFonts w:ascii="Arial" w:hAnsi="Arial"/>
          <w:sz w:val="21"/>
        </w:rPr>
        <w:t>x — любое действительное число.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x²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0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118.</w:t>
        <w:tab/>
      </w:r>
      <w:r>
        <w:rPr>
          <w:rFonts w:ascii="Arial" w:hAnsi="Arial"/>
          <w:sz w:val="21"/>
        </w:rPr>
        <w:t>0 &lt; x &lt; 1.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x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x²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119.</w:t>
        <w:tab/>
      </w:r>
      <w:r>
        <w:rPr>
          <w:rFonts w:ascii="Arial" w:hAnsi="Arial"/>
          <w:sz w:val="21"/>
        </w:rPr>
        <w:t>x &lt; 0.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−x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x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Переменные и достаточность условий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Практика · Задания 120–124</w:t>
      </w:r>
    </w:p>
    <w:p>
      <w:pPr>
        <w:widowControl/>
        <w:spacing w:before="0" w:after="24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A — больше А; B — больше В; C — равны; D — информации недостаточно.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120.</w:t>
        <w:tab/>
      </w:r>
      <w:r>
        <w:rPr>
          <w:rFonts w:ascii="Arial" w:hAnsi="Arial"/>
          <w:sz w:val="21"/>
        </w:rPr>
        <w:t>x + y = 14.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x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y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121.</w:t>
        <w:tab/>
      </w:r>
      <w:r>
        <w:rPr>
          <w:rFonts w:ascii="Arial" w:hAnsi="Arial"/>
          <w:sz w:val="21"/>
        </w:rPr>
        <w:t>x и y положительны, x &gt; 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1/x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1/y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122.</w:t>
        <w:tab/>
      </w:r>
      <w:r>
        <w:rPr>
          <w:rFonts w:ascii="Arial" w:hAnsi="Arial"/>
          <w:sz w:val="21"/>
        </w:rPr>
        <w:t>x — целое число, 2 &lt; x &lt; 4.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x²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9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123.</w:t>
        <w:tab/>
      </w:r>
      <w:r>
        <w:rPr>
          <w:rFonts w:ascii="Arial" w:hAnsi="Arial"/>
          <w:sz w:val="21"/>
        </w:rPr>
        <w:t>a &lt; b.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a − 5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b − 5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124.</w:t>
        <w:tab/>
      </w:r>
      <w:r>
        <w:rPr>
          <w:rFonts w:ascii="Arial" w:hAnsi="Arial"/>
          <w:sz w:val="21"/>
        </w:rPr>
        <w:t>x ≠ 0.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x/x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1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Доли отношения и проценты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Количественные характеристики · Глава 3</w:t>
      </w:r>
    </w:p>
    <w:p>
      <w:pPr>
        <w:widowControl/>
        <w:spacing w:before="0" w:after="24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Перед сравнением процентов проверьте основание. Равные проценты разных величин могут давать разные результаты. Если основание неизвестно, найдите отношение или подберите два случая. Записывайте «на p% больше» как умножение на 1 + p/100.</w:t>
      </w:r>
    </w:p>
    <w:p>
      <w:pPr>
        <w:widowControl/>
        <w:spacing w:before="0" w:after="28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Пример. А: 30% от 80; В: 40% от 60. Оба значения равны 24, ответ C. Перестановка множителей помогает обойтись без длинных расчётов.</w:t>
      </w:r>
    </w:p>
    <w:p>
      <w:pPr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24"/>
        </w:rPr>
        <w:t>Проценты с неизвестным основанием</w:t>
      </w:r>
    </w:p>
    <w:p>
      <w:pPr>
        <w:widowControl/>
        <w:spacing w:before="0" w:after="28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Переведите проценты в множители и сравните отношения. Иногда основание неизвестно, но отношение оснований задано — этого достаточно. Если основания независимы, одинаковые проценты не дают равенства.</w:t>
      </w:r>
    </w:p>
    <w:p>
      <w:pPr>
        <w:widowControl/>
        <w:spacing w:before="0" w:after="28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Пример 1. Первый товар стоит в 3 раза дороже второго. 8% первого равны 24% второго: при цене второго t обе суммы равны 0,24t.</w:t>
      </w:r>
    </w:p>
    <w:p>
      <w:pPr>
        <w:widowControl/>
        <w:spacing w:before="0" w:after="28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Пример 2. Положительную цену снизили на 30%, затем повысили на 30%. Итог 0,7 · 1,3 = 0,91 исходной цены. Сравнивая итог с исходным, выбираем B.</w:t>
      </w:r>
    </w:p>
    <w:p>
      <w:pPr>
        <w:widowControl/>
        <w:spacing w:before="0" w:after="28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В смесях проверьте веса: равные проценты и разные количества раствора не позволяют усреднять доли простым средним.</w:t>
      </w:r>
    </w:p>
    <w:p>
      <w:pPr>
        <w:widowControl/>
        <w:spacing w:before="0" w:after="20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Проверка метода. Фразы «на 20%» и «до 20%» имеют разный смысл. Увеличение на 20% даёт 120% исходного.</w:t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Доли отношения и проценты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Практика · Задания 125–129</w:t>
      </w:r>
    </w:p>
    <w:p>
      <w:pPr>
        <w:widowControl/>
        <w:spacing w:before="0" w:after="24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A — больше А; B — больше В; C — равны; D — информации недостаточно.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125.</w:t>
        <w:tab/>
      </w:r>
      <w:r>
        <w:rPr>
          <w:rFonts w:ascii="Arial" w:hAnsi="Arial"/>
          <w:sz w:val="21"/>
        </w:rPr>
        <w:t>Сравните значения в колонках.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25% от 160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40% от 90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126.</w:t>
        <w:tab/>
      </w:r>
      <w:r>
        <w:rPr>
          <w:rFonts w:ascii="Arial" w:hAnsi="Arial"/>
          <w:sz w:val="21"/>
        </w:rPr>
        <w:t>Сравните значения в колонках.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15% от 240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24% от 150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127.</w:t>
        <w:tab/>
      </w:r>
      <w:r>
        <w:rPr>
          <w:rFonts w:ascii="Arial" w:hAnsi="Arial"/>
          <w:sz w:val="21"/>
        </w:rPr>
        <w:t>a &gt; 0.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a после роста на 20% и снижения на 20%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a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128.</w:t>
        <w:tab/>
      </w:r>
      <w:r>
        <w:rPr>
          <w:rFonts w:ascii="Arial" w:hAnsi="Arial"/>
          <w:sz w:val="21"/>
        </w:rPr>
        <w:t>a : b = 3 : 5; a и b положительны.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5a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3b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129.</w:t>
        <w:tab/>
      </w:r>
      <w:r>
        <w:rPr>
          <w:rFonts w:ascii="Arial" w:hAnsi="Arial"/>
          <w:sz w:val="21"/>
        </w:rPr>
        <w:t>Цены двух товаров неизвестны и положительны.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10% цены первого товара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20% цены второго товара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Доли отношения и проценты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Практика · Задания 130–134</w:t>
      </w:r>
    </w:p>
    <w:p>
      <w:pPr>
        <w:widowControl/>
        <w:spacing w:before="0" w:after="24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A — больше А; B — больше В; C — равны; D — информации недостаточно.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130.</w:t>
        <w:tab/>
      </w:r>
      <w:r>
        <w:rPr>
          <w:rFonts w:ascii="Arial" w:hAnsi="Arial"/>
          <w:sz w:val="21"/>
        </w:rPr>
        <w:t>Сравните значения в колонках.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3/5 от 45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45% от 60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131.</w:t>
        <w:tab/>
      </w:r>
      <w:r>
        <w:rPr>
          <w:rFonts w:ascii="Arial" w:hAnsi="Arial"/>
          <w:sz w:val="21"/>
        </w:rPr>
        <w:t>Сравните значения в колонках.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Число, 30% которого равно 18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Число, 20% которого равно 14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132.</w:t>
        <w:tab/>
      </w:r>
      <w:r>
        <w:rPr>
          <w:rFonts w:ascii="Arial" w:hAnsi="Arial"/>
          <w:sz w:val="21"/>
        </w:rPr>
        <w:t>Сравните значения в колонках.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Процент роста от 80 до 100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Процент роста от 100 до 120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133.</w:t>
        <w:tab/>
      </w:r>
      <w:r>
        <w:rPr>
          <w:rFonts w:ascii="Arial" w:hAnsi="Arial"/>
          <w:sz w:val="21"/>
        </w:rPr>
        <w:t>a &gt; b &gt; 0.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30% от a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30% от b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134.</w:t>
        <w:tab/>
      </w:r>
      <w:r>
        <w:rPr>
          <w:rFonts w:ascii="Arial" w:hAnsi="Arial"/>
          <w:sz w:val="21"/>
        </w:rPr>
        <w:t>Сравните значения в колонках.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1/3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33%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Величины, единицы и скорость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Количественные характеристики · Глава 4</w:t>
      </w:r>
    </w:p>
    <w:p>
      <w:pPr>
        <w:widowControl/>
        <w:spacing w:before="0" w:after="24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Переводите величины в одну единицу до сравнения. Для времени полезно перейти в минуты или секунды. Для скорости: 1 м/с = 3,6 км/ч. Проверяйте размерность: площадь сравнивают с площадью, а не с длиной.</w:t>
      </w:r>
    </w:p>
    <w:p>
      <w:pPr>
        <w:widowControl/>
        <w:spacing w:before="0" w:after="28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Пример. А: 2,4 м²; В: 23 000 см². Слева 24 000 см², поэтому ответ A. Коэффициент перевода площади равен 100², а не 100.</w:t>
      </w:r>
    </w:p>
    <w:p>
      <w:pPr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24"/>
        </w:rPr>
        <w:t>Отношения величин и размерность</w:t>
      </w:r>
    </w:p>
    <w:p>
      <w:pPr>
        <w:widowControl/>
        <w:spacing w:before="0" w:after="28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В отношениях одинаковых по природе величин единицы должны совпадать. При сравнении времени держите расстояние постоянным; при сравнении пути держите время постоянным, если это прямо следует из условия.</w:t>
      </w:r>
    </w:p>
    <w:p>
      <w:pPr>
        <w:widowControl/>
        <w:spacing w:before="0" w:after="28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Пример 1. Одинаковый путь проходит первый со скоростью на 20% выше второго. Отношение времён равно 1/1,2 = 5/6. Сравнение первого времени и 80% второго даёт A, поскольку 5/6 &gt; 4/5.</w:t>
      </w:r>
    </w:p>
    <w:p>
      <w:pPr>
        <w:widowControl/>
        <w:spacing w:before="0" w:after="28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Пример 2. 0,02 м³ и 19 л. Кубический метр содержит 1000 л, поэтому слева 20 л и ответ A. При переводе в см³ множитель был бы 1 000 000.</w:t>
      </w:r>
    </w:p>
    <w:p>
      <w:pPr>
        <w:widowControl/>
        <w:spacing w:before="0" w:after="28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Не сравнивайте числовые записи до приведения единиц. Выражение 2,5 часа означает 150 минут, а не 2 часа 5 минут.</w:t>
      </w:r>
    </w:p>
    <w:p>
      <w:pPr>
        <w:widowControl/>
        <w:spacing w:before="0" w:after="20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Проверка метода. 1,5 часа — это 1 час 30 минут. Десятичная запись часа не совпадает с записью часов и минут.</w:t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Величины, единицы и скорость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Практика · Задания 135–139</w:t>
      </w:r>
    </w:p>
    <w:p>
      <w:pPr>
        <w:widowControl/>
        <w:spacing w:before="0" w:after="24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A — больше А; B — больше В; C — равны; D — информации недостаточно.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135.</w:t>
        <w:tab/>
      </w:r>
      <w:r>
        <w:rPr>
          <w:rFonts w:ascii="Arial" w:hAnsi="Arial"/>
          <w:sz w:val="21"/>
        </w:rPr>
        <w:t>Сравните значения в колонках.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1,75 ч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105 мин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136.</w:t>
        <w:tab/>
      </w:r>
      <w:r>
        <w:rPr>
          <w:rFonts w:ascii="Arial" w:hAnsi="Arial"/>
          <w:sz w:val="21"/>
        </w:rPr>
        <w:t>Сравните значения в колонках.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2,3 м²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23 000 см²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137.</w:t>
        <w:tab/>
      </w:r>
      <w:r>
        <w:rPr>
          <w:rFonts w:ascii="Arial" w:hAnsi="Arial"/>
          <w:sz w:val="21"/>
        </w:rPr>
        <w:t>Сравните значения в колонках.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3,5 л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3400 см³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138.</w:t>
        <w:tab/>
      </w:r>
      <w:r>
        <w:rPr>
          <w:rFonts w:ascii="Arial" w:hAnsi="Arial"/>
          <w:sz w:val="21"/>
        </w:rPr>
        <w:t>Сравните значения в колонках.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72 км/ч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19 м/с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139.</w:t>
        <w:tab/>
      </w:r>
      <w:r>
        <w:rPr>
          <w:rFonts w:ascii="Arial" w:hAnsi="Arial"/>
          <w:sz w:val="21"/>
        </w:rPr>
        <w:t>Два участника движутся равномерно.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Путь за 20 мин при 6 км/ч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Путь за 15 мин при 8 км/ч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Величины, единицы и скорость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Практика · Задания 140–144</w:t>
      </w:r>
    </w:p>
    <w:p>
      <w:pPr>
        <w:widowControl/>
        <w:spacing w:before="0" w:after="24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A — больше А; B — больше В; C — равны; D — информации недостаточно.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140.</w:t>
        <w:tab/>
      </w:r>
      <w:r>
        <w:rPr>
          <w:rFonts w:ascii="Arial" w:hAnsi="Arial"/>
          <w:sz w:val="21"/>
        </w:rPr>
        <w:t>Два участника проходят одинаковое положительное расстояние.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Время при 5 км/ч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Время при 6 км/ч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141.</w:t>
        <w:tab/>
      </w:r>
      <w:r>
        <w:rPr>
          <w:rFonts w:ascii="Arial" w:hAnsi="Arial"/>
          <w:sz w:val="21"/>
        </w:rPr>
        <w:t>Сравните значения в колонках.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450 г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0,46 кг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142.</w:t>
        <w:tab/>
      </w:r>
      <w:r>
        <w:rPr>
          <w:rFonts w:ascii="Arial" w:hAnsi="Arial"/>
          <w:sz w:val="21"/>
        </w:rPr>
        <w:t>Сравните значения в колонках.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0,08 км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800 см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143.</w:t>
        <w:tab/>
      </w:r>
      <w:r>
        <w:rPr>
          <w:rFonts w:ascii="Arial" w:hAnsi="Arial"/>
          <w:sz w:val="21"/>
        </w:rPr>
        <w:t>Сравните значения в колонках.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2 суток 3 часа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50 часов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144.</w:t>
        <w:tab/>
      </w:r>
      <w:r>
        <w:rPr>
          <w:rFonts w:ascii="Arial" w:hAnsi="Arial"/>
          <w:sz w:val="21"/>
        </w:rPr>
        <w:t>Производительность каждого принтера постоянна.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Страницы за 3 мин при 8 стр/мин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Страницы за 4 мин при 6 стр/мин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Геометрические сравнения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Количественные характеристики · Глава 5</w:t>
      </w:r>
    </w:p>
    <w:p>
      <w:pPr>
        <w:widowControl/>
        <w:spacing w:before="0" w:after="24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Используйте формулы и заданные размеры. Сходный вид фигур не гарантирует равенство площадей. Даже одинаковые периметры могут соответствовать разным площадям. Если размеров недостаточно, проверьте несколько допустимых фигур.</w:t>
      </w:r>
    </w:p>
    <w:p>
      <w:pPr>
        <w:widowControl/>
        <w:spacing w:before="0" w:after="28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Пример. Два прямоугольника имеют периметр 20 см. Площади прямоугольников 1 × 9 и 4 × 6 равны 9 и 24 см². Одного равенства периметров недостаточно для равенства площадей.</w:t>
      </w:r>
    </w:p>
    <w:p>
      <w:pPr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24"/>
        </w:rPr>
        <w:t>Ограничения площади и равенство</w:t>
      </w:r>
    </w:p>
    <w:p>
      <w:pPr>
        <w:widowControl/>
        <w:spacing w:before="0" w:after="28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Равный периметр не фиксирует площадь произвольного прямоугольника. Но дополнительное условие «не квадрат» меняет сравнение с максимальной площадью. Различайте максимальную величину и величину конкретной неизвестной фигуры.</w:t>
      </w:r>
    </w:p>
    <w:p>
      <w:pPr>
        <w:widowControl/>
        <w:spacing w:before="0" w:after="28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Пример 1. При a + b = 12 площадь ab = 36 − (a − 6)². Она не больше 36; если квадрат разрешён, сравнение с 36 даёт D: возможны B и C.</w:t>
      </w:r>
    </w:p>
    <w:p>
      <w:pPr>
        <w:widowControl/>
        <w:spacing w:before="0" w:after="28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Пример 2. Если в предыдущем примере прямоугольник не квадрат, a ≠ 6. Квадрат (a − 6)² положителен, площадь строго меньше 36. Теперь ответ B.</w:t>
      </w:r>
    </w:p>
    <w:p>
      <w:pPr>
        <w:widowControl/>
        <w:spacing w:before="0" w:after="28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Для подобных фигур коэффициенты длин, площадей и объёмов равны k, k² и k³. На рисунке выбирайте подписанные данные, а не видимые размеры.</w:t>
      </w:r>
    </w:p>
    <w:p>
      <w:pPr>
        <w:widowControl/>
        <w:spacing w:before="0" w:after="20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Проверка метода. Все рисунки в учебных задачах следует читать по подписям. Измерение картинки линейкой не заменяет условие.</w:t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Геометрические сравнения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Практика · Задания 145–149</w:t>
      </w:r>
    </w:p>
    <w:p>
      <w:pPr>
        <w:widowControl/>
        <w:spacing w:before="0" w:after="24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A — больше А; B — больше В; C — равны; D — информации недостаточно.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145.</w:t>
        <w:tab/>
      </w:r>
      <w:r>
        <w:rPr>
          <w:rFonts w:ascii="Arial" w:hAnsi="Arial"/>
          <w:sz w:val="21"/>
        </w:rPr>
        <w:t>Сравните значения в колонках.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Площадь квадрата со стороной 7 см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Площадь прямоугольника 6 × 8 см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146.</w:t>
        <w:tab/>
      </w:r>
      <w:r>
        <w:rPr>
          <w:rFonts w:ascii="Arial" w:hAnsi="Arial"/>
          <w:sz w:val="21"/>
        </w:rPr>
        <w:t>Сравните значения в колонках.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Периметр прямоугольника 4 × 9 см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Периметр квадрата со стороной 6 см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147.</w:t>
        <w:tab/>
      </w:r>
      <w:r>
        <w:rPr>
          <w:rFonts w:ascii="Arial" w:hAnsi="Arial"/>
          <w:sz w:val="21"/>
        </w:rPr>
        <w:t>У двух треугольников одинаковые основания и одинаковые высоты к ним.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Площадь первого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Площадь второго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148.</w:t>
        <w:tab/>
      </w:r>
      <w:r>
        <w:rPr>
          <w:rFonts w:ascii="Arial" w:hAnsi="Arial"/>
          <w:sz w:val="21"/>
        </w:rPr>
        <w:t>Периметр прямоугольника 24 см; его стороны положительны.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Площадь этого прямоугольника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30 см²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149.</w:t>
        <w:tab/>
      </w:r>
      <w:r>
        <w:rPr>
          <w:rFonts w:ascii="Arial" w:hAnsi="Arial"/>
          <w:sz w:val="21"/>
        </w:rPr>
        <w:t>Сравните значения в колонках.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Объём куба с ребром 4 см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Объём коробки 2 × 4 × 8 см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Геометрические сравнения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Практика · Задания 150–154</w:t>
      </w:r>
    </w:p>
    <w:p>
      <w:pPr>
        <w:widowControl/>
        <w:spacing w:before="0" w:after="24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A — больше А; B — больше В; C — равны; D — информации недостаточно.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150.</w:t>
        <w:tab/>
      </w:r>
      <w:r>
        <w:rPr>
          <w:rFonts w:ascii="Arial" w:hAnsi="Arial"/>
          <w:sz w:val="21"/>
        </w:rPr>
        <w:t>Сравните значения в колонках.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Площадь круга радиусом 3 см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Площадь круга диаметром 6 см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151.</w:t>
        <w:tab/>
      </w:r>
      <w:r>
        <w:rPr>
          <w:rFonts w:ascii="Arial" w:hAnsi="Arial"/>
          <w:sz w:val="21"/>
        </w:rPr>
        <w:t>Один угол треугольника равен 70°.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Сумма двух остальных углов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110°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152.</w:t>
        <w:tab/>
      </w:r>
      <w:r>
        <w:rPr>
          <w:rFonts w:ascii="Arial" w:hAnsi="Arial"/>
          <w:sz w:val="21"/>
        </w:rPr>
        <w:t>a &gt; 0.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Периметр квадрата со стороной 2a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Удвоенный периметр квадрата со стороной a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153.</w:t>
        <w:tab/>
      </w:r>
      <w:r>
        <w:rPr>
          <w:rFonts w:ascii="Arial" w:hAnsi="Arial"/>
          <w:sz w:val="21"/>
        </w:rPr>
        <w:t>a &gt; 0.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Площадь квадрата со стороной 2a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Удвоенная площадь квадрата со стороной a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154.</w:t>
        <w:tab/>
      </w:r>
      <w:r>
        <w:rPr>
          <w:rFonts w:ascii="Arial" w:hAnsi="Arial"/>
          <w:sz w:val="21"/>
        </w:rPr>
        <w:t>У прямоугольника одна сторона 8 см, другая неизвестна и положительна.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Его площадь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64 см²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Данные, границы и целые числа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Количественные характеристики · Глава 6</w:t>
      </w:r>
    </w:p>
    <w:p>
      <w:pPr>
        <w:widowControl/>
        <w:spacing w:before="0" w:after="24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Среднее, сумма и число элементов связаны равенством «сумма = среднее · количество». При целочисленных ограничениях выпишите допустимые значения. Для неравенств учитывайте строгую границу: x &lt; 5 не допускает x = 5.</w:t>
      </w:r>
    </w:p>
    <w:p>
      <w:pPr>
        <w:widowControl/>
        <w:spacing w:before="0" w:after="28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Пример. x — целое, 4 &lt; x &lt; 6. Тогда x = 5. А: x + 7; В: 12. Ответ C. Если убрать слово «целое», допустимы 4,5 и 5,5, и ответ изменится на D.</w:t>
      </w:r>
    </w:p>
    <w:p>
      <w:pPr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24"/>
        </w:rPr>
        <w:t>Средние и возможные границы</w:t>
      </w:r>
    </w:p>
    <w:p>
      <w:pPr>
        <w:widowControl/>
        <w:spacing w:before="0" w:after="28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Часто нужно сравнивать не отдельный пример, а все данные, допускаемые суммой или средним. Среднее фиксирует сумму при известном количестве, однако не определяет каждое слагаемое и медиану.</w:t>
      </w:r>
    </w:p>
    <w:p>
      <w:pPr>
        <w:widowControl/>
        <w:spacing w:before="0" w:after="28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Пример 1. Среднее шести чисел 8. Добавили число 15. Новое среднее (48 + 15)/7 = 9. Сравнение с 9 даёт C.</w:t>
      </w:r>
    </w:p>
    <w:p>
      <w:pPr>
        <w:widowControl/>
        <w:spacing w:before="0" w:after="28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Пример 2. В классе 20 человек; 13 ходят в A, 12 в B. В обоих не меньше 13 + 12 − 20 = 5. Поэтому число посещающих оба кружка обязательно больше 4: ответ A.</w:t>
      </w:r>
    </w:p>
    <w:p>
      <w:pPr>
        <w:widowControl/>
        <w:spacing w:before="0" w:after="28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Чтобы обосновать минимум, покажите его достижимость. Условие «не меньше 5» само по себе не говорит, что фактическое число обязательно равно 5.</w:t>
      </w:r>
    </w:p>
    <w:p>
      <w:pPr>
        <w:widowControl/>
        <w:spacing w:before="0" w:after="20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Проверка метода. Большая сумма не всегда означает большее среднее: значения могут относиться к группам разной численности.</w:t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Данные, границы и целые числа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Практика · Задания 155–159</w:t>
      </w:r>
    </w:p>
    <w:p>
      <w:pPr>
        <w:widowControl/>
        <w:spacing w:before="0" w:after="24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A — больше А; B — больше В; C — равны; D — информации недостаточно.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155.</w:t>
        <w:tab/>
      </w:r>
      <w:r>
        <w:rPr>
          <w:rFonts w:ascii="Arial" w:hAnsi="Arial"/>
          <w:sz w:val="21"/>
        </w:rPr>
        <w:t>Среднее четырёх чисел равно 9.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Сумма этих чисел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36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156.</w:t>
        <w:tab/>
      </w:r>
      <w:r>
        <w:rPr>
          <w:rFonts w:ascii="Arial" w:hAnsi="Arial"/>
          <w:sz w:val="21"/>
        </w:rPr>
        <w:t>Сравните значения в колонках.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Медиана ряда 2, 5, 8, 10, 14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Среднее этого ряда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157.</w:t>
        <w:tab/>
      </w:r>
      <w:r>
        <w:rPr>
          <w:rFonts w:ascii="Arial" w:hAnsi="Arial"/>
          <w:sz w:val="21"/>
        </w:rPr>
        <w:t>n — натуральное число.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n + 1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n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158.</w:t>
        <w:tab/>
      </w:r>
      <w:r>
        <w:rPr>
          <w:rFonts w:ascii="Arial" w:hAnsi="Arial"/>
          <w:sz w:val="21"/>
        </w:rPr>
        <w:t>n — целое, −2 &lt; n &lt; 2.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n²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1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159.</w:t>
        <w:tab/>
      </w:r>
      <w:r>
        <w:rPr>
          <w:rFonts w:ascii="Arial" w:hAnsi="Arial"/>
          <w:sz w:val="21"/>
        </w:rPr>
        <w:t>Сравните значения в колонках.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Количество целых чисел от −4 до 4 включительно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8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Данные, границы и целые числа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Практика · Задания 160–164</w:t>
      </w:r>
    </w:p>
    <w:p>
      <w:pPr>
        <w:widowControl/>
        <w:spacing w:before="0" w:after="24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A — больше А; B — больше В; C — равны; D — информации недостаточно.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160.</w:t>
        <w:tab/>
      </w:r>
      <w:r>
        <w:rPr>
          <w:rFonts w:ascii="Arial" w:hAnsi="Arial"/>
          <w:sz w:val="21"/>
        </w:rPr>
        <w:t>Сравните значения в колонках.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НОК чисел 6 и 8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НОД чисел 48 и 72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161.</w:t>
        <w:tab/>
      </w:r>
      <w:r>
        <w:rPr>
          <w:rFonts w:ascii="Arial" w:hAnsi="Arial"/>
          <w:sz w:val="21"/>
        </w:rPr>
        <w:t>В наборе 5 чисел каждое увеличили на 3.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Увеличение суммы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Увеличение среднего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162.</w:t>
        <w:tab/>
      </w:r>
      <w:r>
        <w:rPr>
          <w:rFonts w:ascii="Arial" w:hAnsi="Arial"/>
          <w:sz w:val="21"/>
        </w:rPr>
        <w:t>a и b — положительные целые, a + b = 9.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a · b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18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163.</w:t>
        <w:tab/>
      </w:r>
      <w:r>
        <w:rPr>
          <w:rFonts w:ascii="Arial" w:hAnsi="Arial"/>
          <w:sz w:val="21"/>
        </w:rPr>
        <w:t>Сравните значения в колонках.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Число пар из 5 участников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Число пар из 6 участников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164.</w:t>
        <w:tab/>
      </w:r>
      <w:r>
        <w:rPr>
          <w:rFonts w:ascii="Arial" w:hAnsi="Arial"/>
          <w:sz w:val="21"/>
        </w:rPr>
        <w:t>Числа a и b имеют среднее 12.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(a + b)/2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12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Графическая практика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Задания 165–166 · Чтение рисунков и шкал</w:t>
      </w:r>
    </w:p>
    <w:p>
      <w:pPr>
        <w:keepNext/>
        <w:spacing w:after="200"/>
        <w:jc w:val="center"/>
      </w:pPr>
      <w:r>
        <w:drawing>
          <wp:inline xmlns:a="http://schemas.openxmlformats.org/drawingml/2006/main" xmlns:pic="http://schemas.openxmlformats.org/drawingml/2006/picture">
            <wp:extent cx="5740400" cy="103327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umberlin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10332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165.</w:t>
        <w:tab/>
      </w:r>
      <w:r>
        <w:rPr>
          <w:rFonts w:ascii="Arial" w:hAnsi="Arial"/>
          <w:sz w:val="21"/>
        </w:rPr>
        <w:t>По координатной прямой найдите координату точки P. Все соседние штрихи расположены через одинаковое расстояние.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4</w:t>
        <w:tab/>
        <w:t>B)  8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6</w:t>
        <w:tab/>
        <w:t>D)  5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166.</w:t>
        <w:tab/>
      </w:r>
      <w:r>
        <w:rPr>
          <w:rFonts w:ascii="Arial" w:hAnsi="Arial"/>
          <w:sz w:val="21"/>
        </w:rPr>
        <w:t>Используйте координатную прямую.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Координата P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6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Графическая практика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Задания 167–168 · Чтение рисунков и шкал</w:t>
      </w:r>
    </w:p>
    <w:p>
      <w:pPr>
        <w:keepNext/>
        <w:spacing w:after="200"/>
        <w:jc w:val="center"/>
      </w:pPr>
      <w:r>
        <w:drawing>
          <wp:inline xmlns:a="http://schemas.openxmlformats.org/drawingml/2006/main" xmlns:pic="http://schemas.openxmlformats.org/drawingml/2006/picture">
            <wp:extent cx="5740400" cy="2009139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rs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20091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167.</w:t>
        <w:tab/>
      </w:r>
      <w:r>
        <w:rPr>
          <w:rFonts w:ascii="Arial" w:hAnsi="Arial"/>
          <w:sz w:val="21"/>
        </w:rPr>
        <w:t>По столбчатой диаграмме найдите, на сколько процентов число выданных книг в среду больше, чем во вторник.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75%</w:t>
        <w:tab/>
        <w:t>B)  25%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33 1/3%</w:t>
        <w:tab/>
        <w:t>D)  50%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168.</w:t>
        <w:tab/>
      </w:r>
      <w:r>
        <w:rPr>
          <w:rFonts w:ascii="Arial" w:hAnsi="Arial"/>
          <w:sz w:val="21"/>
        </w:rPr>
        <w:t>На диаграмме показано число выданных книг.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Выдано в понедельник и вторник вместе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Выдано в четверг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Графическая практика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Задания 169–170 · Чтение рисунков и шкал</w:t>
      </w:r>
    </w:p>
    <w:p>
      <w:pPr>
        <w:keepNext/>
        <w:spacing w:after="200"/>
        <w:jc w:val="center"/>
      </w:pPr>
      <w:r>
        <w:drawing>
          <wp:inline xmlns:a="http://schemas.openxmlformats.org/drawingml/2006/main" xmlns:pic="http://schemas.openxmlformats.org/drawingml/2006/picture">
            <wp:extent cx="5740400" cy="2009139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ourney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20091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169.</w:t>
        <w:tab/>
      </w:r>
      <w:r>
        <w:rPr>
          <w:rFonts w:ascii="Arial" w:hAnsi="Arial"/>
          <w:sz w:val="21"/>
        </w:rPr>
        <w:t>На графике показано расстояние от дома. Сколько минут длилась остановка?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20 мин</w:t>
        <w:tab/>
        <w:t>B)  10 мин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30 мин</w:t>
        <w:tab/>
        <w:t>D)  40 мин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170.</w:t>
        <w:tab/>
      </w:r>
      <w:r>
        <w:rPr>
          <w:rFonts w:ascii="Arial" w:hAnsi="Arial"/>
          <w:sz w:val="21"/>
        </w:rPr>
        <w:t>Пользуйтесь графиком расстояния от дома.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Скорость на участке 0–20 мин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Скорость на участке 40–60 мин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Графическая практика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Задания 171–172 · Чтение рисунков и шкал</w:t>
      </w:r>
    </w:p>
    <w:p>
      <w:pPr>
        <w:keepNext/>
        <w:spacing w:after="200"/>
        <w:jc w:val="center"/>
      </w:pPr>
      <w:r>
        <w:drawing>
          <wp:inline xmlns:a="http://schemas.openxmlformats.org/drawingml/2006/main" xmlns:pic="http://schemas.openxmlformats.org/drawingml/2006/picture">
            <wp:extent cx="5740400" cy="2009139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shap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20091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171.</w:t>
        <w:tab/>
      </w:r>
      <w:r>
        <w:rPr>
          <w:rFonts w:ascii="Arial" w:hAnsi="Arial"/>
          <w:sz w:val="21"/>
        </w:rPr>
        <w:t>Найдите площадь закрашенной Г-образной фигуры по указанным размерам. Все углы прямые.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54 см²</w:t>
        <w:tab/>
        <w:t>B)  66 см²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72 см²</w:t>
        <w:tab/>
        <w:t>D)  96 см²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172.</w:t>
        <w:tab/>
      </w:r>
      <w:r>
        <w:rPr>
          <w:rFonts w:ascii="Arial" w:hAnsi="Arial"/>
          <w:sz w:val="21"/>
        </w:rPr>
        <w:t>Все углы фигуры прямые.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Площадь закрашенной фигуры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Площадь вырезанного угла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Графическая практика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Задания 173–174 · Чтение рисунков и шкал</w:t>
      </w:r>
    </w:p>
    <w:p>
      <w:pPr>
        <w:keepNext/>
        <w:spacing w:after="200"/>
        <w:jc w:val="center"/>
      </w:pPr>
      <w:r>
        <w:drawing>
          <wp:inline xmlns:a="http://schemas.openxmlformats.org/drawingml/2006/main" xmlns:pic="http://schemas.openxmlformats.org/drawingml/2006/picture">
            <wp:extent cx="5740400" cy="172212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had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17221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173.</w:t>
        <w:tab/>
      </w:r>
      <w:r>
        <w:rPr>
          <w:rFonts w:ascii="Arial" w:hAnsi="Arial"/>
          <w:sz w:val="21"/>
        </w:rPr>
        <w:t>Квадрат разделён на четыре равных маленьких квадрата. Найдите долю площади большого квадрата, закрашенную на рисунке.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1/4</w:t>
        <w:tab/>
        <w:t>B)  1/2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3/4</w:t>
        <w:tab/>
        <w:t>D)  3/8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174.</w:t>
        <w:tab/>
      </w:r>
      <w:r>
        <w:rPr>
          <w:rFonts w:ascii="Arial" w:hAnsi="Arial"/>
          <w:sz w:val="21"/>
        </w:rPr>
        <w:t>Большой квадрат разделён на четыре равных маленьких.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Закрашенная площадь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Незакрашенная площадь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Графическая практика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Задания 175–176 · Чтение рисунков и шкал</w:t>
      </w:r>
    </w:p>
    <w:p>
      <w:pPr>
        <w:keepNext/>
        <w:spacing w:after="200"/>
        <w:jc w:val="center"/>
      </w:pPr>
      <w:r>
        <w:drawing>
          <wp:inline xmlns:a="http://schemas.openxmlformats.org/drawingml/2006/main" xmlns:pic="http://schemas.openxmlformats.org/drawingml/2006/picture">
            <wp:extent cx="5740400" cy="2009139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20091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175.</w:t>
        <w:tab/>
      </w:r>
      <w:r>
        <w:rPr>
          <w:rFonts w:ascii="Arial" w:hAnsi="Arial"/>
          <w:sz w:val="21"/>
        </w:rPr>
        <w:t>На диаграмме расходы семьи составляют 80 000 тенге. Сколько приходится на транспорт?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16 000 тенге</w:t>
        <w:tab/>
        <w:t>B)  8000 тенге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12 000 тенге</w:t>
        <w:tab/>
        <w:t>D)  20 000 тенге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176.</w:t>
        <w:tab/>
      </w:r>
      <w:r>
        <w:rPr>
          <w:rFonts w:ascii="Arial" w:hAnsi="Arial"/>
          <w:sz w:val="21"/>
        </w:rPr>
        <w:t>Используйте круговую диаграмму расходов.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Расходы на продукты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Расходы на транспорт и жильё вместе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Графическая практика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Задания 177–178 · Чтение рисунков и шкал</w:t>
      </w:r>
    </w:p>
    <w:p>
      <w:pPr>
        <w:keepNext/>
        <w:spacing w:after="200"/>
        <w:jc w:val="center"/>
      </w:pPr>
      <w:r>
        <w:drawing>
          <wp:inline xmlns:a="http://schemas.openxmlformats.org/drawingml/2006/main" xmlns:pic="http://schemas.openxmlformats.org/drawingml/2006/picture">
            <wp:extent cx="5740400" cy="2009139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riangl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20091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177.</w:t>
        <w:tab/>
      </w:r>
      <w:r>
        <w:rPr>
          <w:rFonts w:ascii="Arial" w:hAnsi="Arial"/>
          <w:sz w:val="21"/>
        </w:rPr>
        <w:t>На клетчатой сетке сторона клетки равна 1 см. Найдите площадь треугольника ABC.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9 см²</w:t>
        <w:tab/>
        <w:t>B)  24 см²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12 см²</w:t>
        <w:tab/>
        <w:t>D)  6 см²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178.</w:t>
        <w:tab/>
      </w:r>
      <w:r>
        <w:rPr>
          <w:rFonts w:ascii="Arial" w:hAnsi="Arial"/>
          <w:sz w:val="21"/>
        </w:rPr>
        <w:t>Сторона клетки 1 см.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Площадь треугольника ABC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12 см²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Графическая практика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Задания 179–180 · Чтение рисунков и шкал</w:t>
      </w:r>
    </w:p>
    <w:p>
      <w:pPr>
        <w:keepNext/>
        <w:spacing w:after="200"/>
        <w:jc w:val="center"/>
      </w:pPr>
      <w:r>
        <w:drawing>
          <wp:inline xmlns:a="http://schemas.openxmlformats.org/drawingml/2006/main" xmlns:pic="http://schemas.openxmlformats.org/drawingml/2006/picture">
            <wp:extent cx="5740400" cy="2123948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ariffs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21239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179.</w:t>
        <w:tab/>
      </w:r>
      <w:r>
        <w:rPr>
          <w:rFonts w:ascii="Arial" w:hAnsi="Arial"/>
          <w:sz w:val="21"/>
        </w:rPr>
        <w:t>По графику двух тарифов найдите объём поездки, при котором стоимость тарифов одинакова.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25 км</w:t>
        <w:tab/>
        <w:t>B)  20 км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30 км</w:t>
        <w:tab/>
        <w:t>D)  10 км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180.</w:t>
        <w:tab/>
      </w:r>
      <w:r>
        <w:rPr>
          <w:rFonts w:ascii="Arial" w:hAnsi="Arial"/>
          <w:sz w:val="21"/>
        </w:rPr>
        <w:t>Используйте график тарифов.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Цена тарифа А при 10 км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Цена тарифа Б при 10 км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Задачи повышенной сложности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Задания 181–220 · После основной тематической практики</w:t>
      </w:r>
    </w:p>
    <w:p>
      <w:pPr>
        <w:widowControl/>
        <w:spacing w:before="0" w:after="28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Этот блок добавляет 24 задачи по математике и 16 сравнений величин. В них нужно связать несколько условий, выбрать способ подсчёта или проверить ограничения на числа. Приступайте после освоения основной практики 1–180.</w:t>
      </w:r>
    </w:p>
    <w:p>
      <w:pPr>
        <w:widowControl/>
        <w:spacing w:before="0" w:after="280" w:line="276" w:lineRule="auto"/>
        <w:ind w:left="0"/>
      </w:pPr>
      <w:r>
        <w:rPr>
          <w:rFonts w:ascii="Arial" w:hAnsi="Arial"/>
          <w:b/>
          <w:color w:val="000000"/>
          <w:sz w:val="22"/>
        </w:rPr>
        <w:t>Как работать с задачами</w:t>
      </w:r>
    </w:p>
    <w:p>
      <w:pPr>
        <w:widowControl/>
        <w:spacing w:before="0" w:after="28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На первом проходе решайте без таймера: по 3–5 задач за занятие. До вычислений запишите, что ищете, и обозначьте неизвестное. Доли берите от указанной в условии величины, время и длины приводите к общим единицам. Для подсчёта вариантов сначала решите, важен ли порядок.</w:t>
      </w:r>
    </w:p>
    <w:p>
      <w:pPr>
        <w:widowControl/>
        <w:spacing w:before="0" w:after="28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Пример. Цену повысили на 20 %, затем снизили на 10 %. Если исходную цену обозначить p, итог равен p · 1,2 · 0,9 = 1,08p. Цена выросла на 8 %. Проценты относятся к разным исходным величинам, поэтому вычитать 10 из 20 нельзя.</w:t>
      </w:r>
    </w:p>
    <w:p>
      <w:pPr>
        <w:widowControl/>
        <w:spacing w:before="0" w:after="280" w:line="276" w:lineRule="auto"/>
        <w:ind w:left="0"/>
      </w:pPr>
      <w:r>
        <w:rPr>
          <w:rFonts w:ascii="Arial" w:hAnsi="Arial"/>
          <w:b/>
          <w:color w:val="000000"/>
          <w:sz w:val="22"/>
        </w:rPr>
        <w:t>Как решать сравнения</w:t>
      </w:r>
    </w:p>
    <w:p>
      <w:pPr>
        <w:widowControl/>
        <w:spacing w:before="0" w:after="28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A — колонка А больше; B — колонка В больше; C — значения равны; D — данных недостаточно для одного из этих трёх выводов. Ответ должен подходить ко всем допустимым значениям. Например, при 0 &lt; x &lt; 1 квадрат x² меньше x: умножение положительного x на число меньше 1 уменьшает его.</w:t>
      </w:r>
    </w:p>
    <w:p>
      <w:pPr>
        <w:widowControl/>
        <w:spacing w:before="0" w:after="28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Если предполагаете D, приведите два допустимых примера с разными отношениями колонок. Равенство в одном примере и строгое неравенство в другом тоже подтверждают D. После решения сверяйте не только букву, но и основание ответа. Уровень сложности здесь — авторская учебная оценка.</w:t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Математика повышенной сложности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Задания 181–183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181.</w:t>
        <w:tab/>
      </w:r>
      <w:r>
        <w:rPr>
          <w:rFonts w:ascii="Arial" w:hAnsi="Arial"/>
          <w:sz w:val="21"/>
        </w:rPr>
        <w:t>За три дня продали всю партию яблок. В первый день продали 3/8 партии, во второй — 1/3 оставшихся яблок. В третий день продали на 24 кг больше, чем в первый. Сколько килограммов было в партии?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576 кг</w:t>
        <w:tab/>
        <w:t>B)  384 кг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288 кг</w:t>
        <w:tab/>
        <w:t>D)  720 кг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182.</w:t>
        <w:tab/>
      </w:r>
      <w:r>
        <w:rPr>
          <w:rFonts w:ascii="Arial" w:hAnsi="Arial"/>
          <w:sz w:val="21"/>
        </w:rPr>
        <w:t>В 300 г раствора содержится 20 % соли по массе. Добавили 100 г воды и перемешали. Затем отлили 100 г полученного раствора и вместо него добавили 100 г воды. Какова массовая доля соли в конце?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11,25 %</w:t>
        <w:tab/>
        <w:t>B)  10 %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15 %</w:t>
        <w:tab/>
        <w:t>D)  12,5 %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183.</w:t>
        <w:tab/>
      </w:r>
      <w:r>
        <w:rPr>
          <w:rFonts w:ascii="Arial" w:hAnsi="Arial"/>
          <w:sz w:val="21"/>
        </w:rPr>
        <w:t>Первая труба заполняет пустой бассейн за 4 ч, вторая — за 6 ч. Слив опорожняет полный бассейн за 12 ч. Производительности постоянны. В пустом бассейне одновременно открыли обе трубы и слив. Через 1 ч первую трубу закрыли. Через сколько часов после начала бассейн наполнится?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9 ч</w:t>
        <w:tab/>
        <w:t>B)  8 ч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6 ч</w:t>
        <w:tab/>
        <w:t>D)  12 ч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Математика повышенной сложности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Задания 184–186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184.</w:t>
        <w:tab/>
      </w:r>
      <w:r>
        <w:rPr>
          <w:rFonts w:ascii="Arial" w:hAnsi="Arial"/>
          <w:sz w:val="21"/>
        </w:rPr>
        <w:t>Поезд идёт с постоянной скоростью. Он полностью проходит мимо неподвижного столба за 12 с, а мост длиной 180 м — за 24 с. За сколько секунд поезд полностью пройдёт тоннель длиной 450 м? Время считают от входа передней части до выхода последнего вагона.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36 с</w:t>
        <w:tab/>
        <w:t>B)  30 с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54 с</w:t>
        <w:tab/>
        <w:t>D)  42 с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185.</w:t>
        <w:tab/>
      </w:r>
      <w:r>
        <w:rPr>
          <w:rFonts w:ascii="Arial" w:hAnsi="Arial"/>
          <w:sz w:val="21"/>
        </w:rPr>
        <w:t>Семь одинаковых тетрадей и пять одинаковых ручек стоят 2670 тг. Пять таких тетрадей и семь таких ручек стоят 2370 тг. Сколько стоит одна тетрадь?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135 тг</w:t>
        <w:tab/>
        <w:t>B)  210 тг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300 тг</w:t>
        <w:tab/>
        <w:t>D)  285 тг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186.</w:t>
        <w:tab/>
      </w:r>
      <w:r>
        <w:rPr>
          <w:rFonts w:ascii="Arial" w:hAnsi="Arial"/>
          <w:sz w:val="21"/>
        </w:rPr>
        <w:t>Трёхзначное число не содержит цифры 0, делится на 9 и на 5. Если записать его цифры в обратном порядке, получится число на 396 меньше исходного. Найдите исходное число.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915</w:t>
        <w:tab/>
        <w:t>B)  945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549</w:t>
        <w:tab/>
        <w:t>D)  495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Математика повышенной сложности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Задания 187–189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187.</w:t>
        <w:tab/>
      </w:r>
      <w:r>
        <w:rPr>
          <w:rFonts w:ascii="Arial" w:hAnsi="Arial"/>
          <w:sz w:val="21"/>
        </w:rPr>
        <w:t>Натуральное число при делении на 3 даёт остаток 2, на 4 — остаток 3, на 5 — остаток 4. Кроме того, оно делится на 7. Найдите наименьшее такое число.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239</w:t>
        <w:tab/>
        <w:t>B)  119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179</w:t>
        <w:tab/>
        <w:t>D)  59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188.</w:t>
        <w:tab/>
      </w:r>
      <w:r>
        <w:rPr>
          <w:rFonts w:ascii="Arial" w:hAnsi="Arial"/>
          <w:sz w:val="21"/>
        </w:rPr>
        <w:t>От точки (0; 0) нужно дойти до (4; 3). За один шаг разрешается увеличить ровно одну координату на 1. Сколько существует маршрутов, которые не проходят через точку (2; 1)?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18</w:t>
        <w:tab/>
        <w:t>B)  17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35</w:t>
        <w:tab/>
        <w:t>D)  21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189.</w:t>
        <w:tab/>
      </w:r>
      <w:r>
        <w:rPr>
          <w:rFonts w:ascii="Arial" w:hAnsi="Arial"/>
          <w:sz w:val="21"/>
        </w:rPr>
        <w:t>Пять разных учеников садятся в ряд на пять стульев. Среди них два брата, которые не должны сидеть рядом. Сколькими способами можно рассадить учеников?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48</w:t>
        <w:tab/>
        <w:t>B)  72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120</w:t>
        <w:tab/>
        <w:t>D)  96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Математика повышенной сложности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Задания 190–192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190.</w:t>
        <w:tab/>
      </w:r>
      <w:r>
        <w:rPr>
          <w:rFonts w:ascii="Arial" w:hAnsi="Arial"/>
          <w:sz w:val="21"/>
        </w:rPr>
        <w:t>Из цифр 0, 1, 2 и 3 составляют четырёхзначные числа, используя каждую цифру ровно один раз. Сколько из этих чисел делится на 4?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8</w:t>
        <w:tab/>
        <w:t>B)  6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4</w:t>
        <w:tab/>
        <w:t>D)  3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191.</w:t>
        <w:tab/>
      </w:r>
      <w:r>
        <w:rPr>
          <w:rFonts w:ascii="Arial" w:hAnsi="Arial"/>
          <w:sz w:val="21"/>
        </w:rPr>
        <w:t>Прямоугольный участок имеет размеры 18 м и 14 м. Вдоль всех четырёх сторон внутри участка проложили дорожку одинаковой ширины. Оставшийся в середине прямоугольный газон имеет площадь 96 м². Найдите ширину дорожки.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3 м</w:t>
        <w:tab/>
        <w:t>B)  5 м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4 м</w:t>
        <w:tab/>
        <w:t>D)  2 м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192.</w:t>
        <w:tab/>
      </w:r>
      <w:r>
        <w:rPr>
          <w:rFonts w:ascii="Arial" w:hAnsi="Arial"/>
          <w:sz w:val="21"/>
        </w:rPr>
        <w:t>Две стороны треугольника равны 8 см и 11 см. Третья сторона имеет целую длину в сантиметрах, а периметр треугольника чётный. Сколько значений может принимать третья сторона?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8</w:t>
        <w:tab/>
        <w:t>B)  15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7</w:t>
        <w:tab/>
        <w:t>D)  6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Математика повышенной сложности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Задания 193–195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193.</w:t>
        <w:tab/>
      </w:r>
      <w:r>
        <w:rPr>
          <w:rFonts w:ascii="Arial" w:hAnsi="Arial"/>
          <w:sz w:val="21"/>
        </w:rPr>
        <w:t>Прямоугольный параллелепипед размером 3 × 4 × 5 см составлен из кубиков с ребром 1 см. Всю его наружную поверхность покрасили, затем кубики разъединили. У скольких кубиков окрашены ровно две грани?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28</w:t>
        <w:tab/>
        <w:t>B)  32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24</w:t>
        <w:tab/>
        <w:t>D)  20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194.</w:t>
        <w:tab/>
      </w:r>
      <w:r>
        <w:rPr>
          <w:rFonts w:ascii="Arial" w:hAnsi="Arial"/>
          <w:sz w:val="21"/>
        </w:rPr>
        <w:t>В группе из 10 учеников средний результат теста равен 18 баллам. Два ученика со средним результатом 12 баллов ушли в другую группу. Затем добавились четыре ученика со средним результатом 21 балл. Чему равен средний результат новой группы?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18 баллов</w:t>
        <w:tab/>
        <w:t>B)  21 балл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20 баллов</w:t>
        <w:tab/>
        <w:t>D)  19 баллов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195.</w:t>
        <w:tab/>
      </w:r>
      <w:r>
        <w:rPr>
          <w:rFonts w:ascii="Arial" w:hAnsi="Arial"/>
          <w:sz w:val="21"/>
        </w:rPr>
        <w:t>В мешке 4 красных, 3 синих и 2 зелёных шара. Наугад без возвращения достают два шара. Каждая пара различных шаров равновероятна. Какова вероятность получить два шара одного цвета?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7/18</w:t>
        <w:tab/>
        <w:t>B)  1/2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1/3</w:t>
        <w:tab/>
        <w:t>D)  5/18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Математика повышенной сложности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Задания 196–198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196.</w:t>
        <w:tab/>
      </w:r>
      <w:r>
        <w:rPr>
          <w:rFonts w:ascii="Arial" w:hAnsi="Arial"/>
          <w:sz w:val="21"/>
        </w:rPr>
        <w:t>В классе 32 ученика. Математический кружок посещают 20 учеников, шахматный — 18. Шесть учеников не посещают ни один из этих кружков. Сколько учеников посещают ровно один кружок?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14</w:t>
        <w:tab/>
        <w:t>B)  26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12</w:t>
        <w:tab/>
        <w:t>D)  20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197.</w:t>
        <w:tab/>
      </w:r>
      <w:r>
        <w:rPr>
          <w:rFonts w:ascii="Arial" w:hAnsi="Arial"/>
          <w:sz w:val="21"/>
        </w:rPr>
        <w:t>Рабочие А и Б вместе выполняют заказ за 6 ч, А и В — за 8 ч, Б и В — за 12 ч. Производительность каждого постоянна, совместная производительность равна сумме индивидуальных. За сколько времени выполнят заказ все трое вместе?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10 ч 40 мин</w:t>
        <w:tab/>
        <w:t>B)  5 ч 20 мин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6 ч</w:t>
        <w:tab/>
        <w:t>D)  4 ч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198.</w:t>
        <w:tab/>
      </w:r>
      <w:r>
        <w:rPr>
          <w:rFonts w:ascii="Arial" w:hAnsi="Arial"/>
          <w:sz w:val="21"/>
        </w:rPr>
        <w:t>Страницы книги пронумерованы подряд от 1 до последней страницы. На все номера израсходовано 792 цифры. Сколько страниц в книге?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299</w:t>
        <w:tab/>
        <w:t>B)  301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264</w:t>
        <w:tab/>
        <w:t>D)  300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Математика повышенной сложности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Задания 199–201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199.</w:t>
        <w:tab/>
      </w:r>
      <w:r>
        <w:rPr>
          <w:rFonts w:ascii="Arial" w:hAnsi="Arial"/>
          <w:sz w:val="21"/>
        </w:rPr>
        <w:t>Масштаб исходной карты 1 : 25 000. При печати все длины на карте уменьшили до 80 % исходных. Расстояние между двумя пунктами на распечатке равно 6,4 см. Каково настоящее расстояние между пунктами?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2,5 км</w:t>
        <w:tab/>
        <w:t>B)  2 км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1,28 км</w:t>
        <w:tab/>
        <w:t>D)  1,6 км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200.</w:t>
        <w:tab/>
      </w:r>
      <w:r>
        <w:rPr>
          <w:rFonts w:ascii="Arial" w:hAnsi="Arial"/>
          <w:sz w:val="21"/>
        </w:rPr>
        <w:t>В ящике 5 красных, 7 синих и 9 зелёных носков. В темноте достают носки без возвращения. Какое наименьшее число носков нужно достать, чтобы наверняка получить хотя бы по два носка каждого цвета?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17</w:t>
        <w:tab/>
        <w:t>B)  6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18</w:t>
        <w:tab/>
        <w:t>D)  12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201.</w:t>
        <w:tab/>
      </w:r>
      <w:r>
        <w:rPr>
          <w:rFonts w:ascii="Arial" w:hAnsi="Arial"/>
          <w:sz w:val="21"/>
        </w:rPr>
        <w:t>Нужно одновременно перевезти 17 пассажиров за одну поездку. В такси есть 4 пассажирских места, поездка стоит 1800 тг. В микроавтобусе 7 пассажирских мест, поездка стоит 2800 тг. Можно заказать любое число машин обоих видов, незанятые места допустимы. Какова минимальная общая стоимость?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7200 тг</w:t>
        <w:tab/>
        <w:t>B)  8400 тг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8200 тг</w:t>
        <w:tab/>
        <w:t>D)  7400 тг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Математика повышенной сложности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Задания 202–204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202.</w:t>
        <w:tab/>
      </w:r>
      <w:r>
        <w:rPr>
          <w:rFonts w:ascii="Arial" w:hAnsi="Arial"/>
          <w:sz w:val="21"/>
        </w:rPr>
        <w:t>В ряд расположены 10 клеток. Нужно выбрать ровно 3 клетки так, чтобы никакие две выбранные клетки не имели общей стороны. Сколько существует способов выбора?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64</w:t>
        <w:tab/>
        <w:t>B)  120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35</w:t>
        <w:tab/>
        <w:t>D)  56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203.</w:t>
        <w:tab/>
      </w:r>
      <w:r>
        <w:rPr>
          <w:rFonts w:ascii="Arial" w:hAnsi="Arial"/>
          <w:sz w:val="21"/>
        </w:rPr>
        <w:t>Прямоугольник разбит на 3 ряда и 4 столбца одинаковых квадратных клеток. Сколько в нём прямоугольников, которые не являются квадратами, если стороны фигур должны идти по линиям сетки?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40</w:t>
        <w:tab/>
        <w:t>B)  20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48</w:t>
        <w:tab/>
        <w:t>D)  60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204.</w:t>
        <w:tab/>
      </w:r>
      <w:r>
        <w:rPr>
          <w:rFonts w:ascii="Arial" w:hAnsi="Arial"/>
          <w:sz w:val="21"/>
        </w:rPr>
        <w:t>От прямоугольного листа размером 20 × 12 см отрезали один угол. Разрез соединил точки на двух соседних сторонах: от исходного угла до них 3 см и 4 см. Длина разреза равна 5 см. Найдите периметр оставшейся части листа.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62 см</w:t>
        <w:tab/>
        <w:t>B)  64 см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57 см</w:t>
        <w:tab/>
        <w:t>D)  59 см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Сравнения повышенной сложности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Задания 205–208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205.</w:t>
        <w:tab/>
      </w:r>
      <w:r>
        <w:rPr>
          <w:rFonts w:ascii="Arial" w:hAnsi="Arial"/>
          <w:sz w:val="21"/>
        </w:rPr>
        <w:t>Положительные числа a и b удовлетворяют условиям a + b = 12 и ab = 32.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a² + b²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80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206.</w:t>
        <w:tab/>
      </w:r>
      <w:r>
        <w:rPr>
          <w:rFonts w:ascii="Arial" w:hAnsi="Arial"/>
          <w:sz w:val="21"/>
        </w:rPr>
        <w:t>x и y — положительные числа, x + y = 10.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xy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25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207.</w:t>
        <w:tab/>
      </w:r>
      <w:r>
        <w:rPr>
          <w:rFonts w:ascii="Arial" w:hAnsi="Arial"/>
          <w:sz w:val="21"/>
        </w:rPr>
        <w:t>x — целое число, −2 &lt; x &lt; 2.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x²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2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208.</w:t>
        <w:tab/>
      </w:r>
      <w:r>
        <w:rPr>
          <w:rFonts w:ascii="Arial" w:hAnsi="Arial"/>
          <w:sz w:val="21"/>
        </w:rPr>
        <w:t>n — натуральное число, которое делится и на 6, и на 10.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n/15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1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Сравнения повышенной сложности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Задания 209–212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209.</w:t>
        <w:tab/>
      </w:r>
      <w:r>
        <w:rPr>
          <w:rFonts w:ascii="Arial" w:hAnsi="Arial"/>
          <w:sz w:val="21"/>
        </w:rPr>
        <w:t>Стороны прямоугольника имеют целые длины в сантиметрах, не меньше 2 см. Его периметр равен 28 см.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Площадь прямоугольника в см²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45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210.</w:t>
        <w:tab/>
      </w:r>
      <w:r>
        <w:rPr>
          <w:rFonts w:ascii="Arial" w:hAnsi="Arial"/>
          <w:sz w:val="21"/>
        </w:rPr>
        <w:t>x и y — положительные числа, x/y = 3/4.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(x + 2)/(y + 2)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3/4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211.</w:t>
        <w:tab/>
      </w:r>
      <w:r>
        <w:rPr>
          <w:rFonts w:ascii="Arial" w:hAnsi="Arial"/>
          <w:sz w:val="21"/>
        </w:rPr>
        <w:t>0 &lt; x &lt; 1.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x/(1 + x)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x/2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212.</w:t>
        <w:tab/>
      </w:r>
      <w:r>
        <w:rPr>
          <w:rFonts w:ascii="Arial" w:hAnsi="Arial"/>
          <w:sz w:val="21"/>
        </w:rPr>
        <w:t>Среднее арифметическое пяти чисел равно 12. Одно число заменили числом, которое больше него на 10, остальные не меняли.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Новое среднее арифметическое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14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Сравнения повышенной сложности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Задания 213–216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213.</w:t>
        <w:tab/>
      </w:r>
      <w:r>
        <w:rPr>
          <w:rFonts w:ascii="Arial" w:hAnsi="Arial"/>
          <w:sz w:val="21"/>
        </w:rPr>
        <w:t>a, b и c — три различных натуральных числа, a + b + c = 12.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abc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64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214.</w:t>
        <w:tab/>
      </w:r>
      <w:r>
        <w:rPr>
          <w:rFonts w:ascii="Arial" w:hAnsi="Arial"/>
          <w:sz w:val="21"/>
        </w:rPr>
        <w:t>В мешке 4 красных и 6 синих шаров. Два шара достают наугад без возвращения; все пары различных шаров равновероятны.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Вероятность достать шары разных цветов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8/15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215.</w:t>
        <w:tab/>
      </w:r>
      <w:r>
        <w:rPr>
          <w:rFonts w:ascii="Arial" w:hAnsi="Arial"/>
          <w:sz w:val="21"/>
        </w:rPr>
        <w:t>Автомобиль проехал из А в Б со скоростью 40 км/ч и вернулся по тому же пути со скоростью 60 км/ч. Длина пути положительна, остановок не было.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Средняя скорость за всю поездку в км/ч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50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216.</w:t>
        <w:tab/>
      </w:r>
      <w:r>
        <w:rPr>
          <w:rFonts w:ascii="Arial" w:hAnsi="Arial"/>
          <w:sz w:val="21"/>
        </w:rPr>
        <w:t>Ребро первого куба равно 2a, ребро второго — a, где a &gt; 0.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Площадь всей поверхности первого куба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Утроенная площадь всей поверхности второго куба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Сравнения повышенной сложности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Задания 217–220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217.</w:t>
        <w:tab/>
      </w:r>
      <w:r>
        <w:rPr>
          <w:rFonts w:ascii="Arial" w:hAnsi="Arial"/>
          <w:sz w:val="21"/>
        </w:rPr>
        <w:t>n — натуральное число, которое при делении на 5 даёт остаток 2.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Остаток от деления n² на 3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1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218.</w:t>
        <w:tab/>
      </w:r>
      <w:r>
        <w:rPr>
          <w:rFonts w:ascii="Arial" w:hAnsi="Arial"/>
          <w:sz w:val="21"/>
        </w:rPr>
        <w:t>Начальная цена товара положительна. В первом магазине её дважды последовательно снизили на 20 %, во втором — один раз на 35 %.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Итоговая цена в первом магазине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Итоговая цена во втором магазине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219.</w:t>
        <w:tab/>
      </w:r>
      <w:r>
        <w:rPr>
          <w:rFonts w:ascii="Arial" w:hAnsi="Arial"/>
          <w:sz w:val="21"/>
        </w:rPr>
        <w:t>a и b — положительные числа.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(a + b)² − (a − b)²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4ab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220.</w:t>
        <w:tab/>
      </w:r>
      <w:r>
        <w:rPr>
          <w:rFonts w:ascii="Arial" w:hAnsi="Arial"/>
          <w:sz w:val="21"/>
        </w:rPr>
        <w:t>В колонке А складывают первые 20 положительных нечётных чисел, в колонке В — первые 19 положительных чётных чисел.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1 + 3 + 5 + … + 39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2 + 4 + 6 + … + 38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Пробник 1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Контроль базы</w:t>
      </w:r>
    </w:p>
    <w:p>
      <w:pPr>
        <w:widowControl/>
        <w:spacing w:before="0" w:after="140" w:line="276" w:lineRule="auto"/>
        <w:ind w:left="0"/>
      </w:pPr>
      <w:r>
        <w:rPr>
          <w:rFonts w:ascii="Arial" w:hAnsi="Arial"/>
          <w:b/>
          <w:color w:val="000000"/>
          <w:sz w:val="24"/>
        </w:rPr>
        <w:t>Подготовка</w:t>
      </w:r>
    </w:p>
    <w:p>
      <w:pPr>
        <w:widowControl/>
        <w:spacing w:before="0" w:after="36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Для заполнения бланка используйте шариковую ручку с чёрной пастой, не гелевую. Официальная памятка запрещает карандаши, корректирующие жидкости и зачёркивание ответов в листе [1]. Для реалистичной репетиции соблюдайте эти правила. Черновые вычисления делайте на свободных полях книги или отдельном листе при домашней работе.</w:t>
      </w:r>
    </w:p>
    <w:p>
      <w:pPr>
        <w:widowControl/>
        <w:spacing w:before="0" w:after="140" w:line="276" w:lineRule="auto"/>
        <w:ind w:left="0"/>
      </w:pPr>
      <w:r>
        <w:rPr>
          <w:rFonts w:ascii="Arial" w:hAnsi="Arial"/>
          <w:b/>
          <w:color w:val="000000"/>
          <w:sz w:val="24"/>
        </w:rPr>
        <w:t>Математика</w:t>
      </w:r>
    </w:p>
    <w:p>
      <w:pPr>
        <w:widowControl/>
        <w:spacing w:before="0" w:after="36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40 вопросов за 60 минут. Выберите один пробник ответа. Дополнительного времени на перенос ответов не закладывайте. Не используйте калькулятор, линейку или справочник.</w:t>
      </w:r>
    </w:p>
    <w:p>
      <w:pPr>
        <w:widowControl/>
        <w:spacing w:before="0" w:after="140" w:line="276" w:lineRule="auto"/>
        <w:ind w:left="0"/>
      </w:pPr>
      <w:r>
        <w:rPr>
          <w:rFonts w:ascii="Arial" w:hAnsi="Arial"/>
          <w:b/>
          <w:color w:val="000000"/>
          <w:sz w:val="24"/>
        </w:rPr>
        <w:t>Количественные характеристики</w:t>
      </w:r>
    </w:p>
    <w:p>
      <w:pPr>
        <w:widowControl/>
        <w:spacing w:before="0" w:after="36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60 сравнений за 30 минут. A — значение А больше; B — значение В больше; C — равенство обязательно; D — данных недостаточно для одного из трёх первых выводов. Один контрпример может опровергнуть A, B или C; для D приведите два разных допустимых исхода.</w:t>
      </w:r>
    </w:p>
    <w:p>
      <w:pPr>
        <w:widowControl/>
        <w:spacing w:before="0" w:after="140" w:line="276" w:lineRule="auto"/>
        <w:ind w:left="0"/>
      </w:pPr>
      <w:r>
        <w:rPr>
          <w:rFonts w:ascii="Arial" w:hAnsi="Arial"/>
          <w:b/>
          <w:color w:val="000000"/>
          <w:sz w:val="24"/>
        </w:rPr>
        <w:t>Учебный результат</w:t>
      </w:r>
    </w:p>
    <w:p>
      <w:pPr>
        <w:widowControl/>
        <w:spacing w:before="0" w:after="36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За верный ответ 1, за ошибку или пропуск 0. Получите отдельно число верных из 40 и из 60. Это учебная шкала без официальных весов. Не переводите её в вероятность поступления.</w:t>
      </w:r>
    </w:p>
    <w:p>
      <w:pPr>
        <w:widowControl/>
        <w:spacing w:before="0" w:after="140" w:line="276" w:lineRule="auto"/>
        <w:ind w:left="0"/>
      </w:pPr>
      <w:r>
        <w:rPr>
          <w:rFonts w:ascii="Arial" w:hAnsi="Arial"/>
          <w:b/>
          <w:color w:val="000000"/>
          <w:sz w:val="24"/>
        </w:rPr>
        <w:t>После выполнения</w:t>
      </w:r>
    </w:p>
    <w:p>
      <w:pPr>
        <w:widowControl/>
        <w:spacing w:before="0" w:after="36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Отметьте пропуски и причины ошибок: прочтение, метод, вычисления или время. Если задача с рисунком, проверьте единицы, начало шкалы и различие между пройденным путём и расстоянием от дома.</w:t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Пробник 1 · Математика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60 минут на раздел · Задания 1–4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1.</w:t>
        <w:tab/>
      </w:r>
      <w:r>
        <w:rPr>
          <w:rFonts w:ascii="Arial" w:hAnsi="Arial"/>
          <w:sz w:val="21"/>
        </w:rPr>
        <w:t>На карточках записаны числа от 1 до 20. Одну карточку выбирают случайно, все равновероятны. Найдите вероятность получить число, кратное 3.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7/20</w:t>
        <w:tab/>
        <w:t>B)  3/10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1/3</w:t>
        <w:tab/>
        <w:t>D)  2/5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2.</w:t>
        <w:tab/>
      </w:r>
      <w:r>
        <w:rPr>
          <w:rFonts w:ascii="Arial" w:hAnsi="Arial"/>
          <w:sz w:val="21"/>
        </w:rPr>
        <w:t>Площадь треугольника равна 54 см², основание 12 см. Найдите высоту к этому основанию.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4,5 см</w:t>
        <w:tab/>
        <w:t>B)  12 см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6 см</w:t>
        <w:tab/>
        <w:t>D)  9 см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3.</w:t>
        <w:tab/>
      </w:r>
      <w:r>
        <w:rPr>
          <w:rFonts w:ascii="Arial" w:hAnsi="Arial"/>
          <w:sz w:val="21"/>
        </w:rPr>
        <w:t>Поезд длиной 180 м проходит мост длиной 420 м за 40 с. Найдите скорость поезда.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45 км/ч</w:t>
        <w:tab/>
        <w:t>B)  60 км/ч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37,8 км/ч</w:t>
        <w:tab/>
        <w:t>D)  54 км/ч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4.</w:t>
        <w:tab/>
      </w:r>
      <w:r>
        <w:rPr>
          <w:rFonts w:ascii="Arial" w:hAnsi="Arial"/>
          <w:sz w:val="21"/>
        </w:rPr>
        <w:t>6 работников выполняют заказ за 14 дней. Сколько дней потребуется 7 таким работникам?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10</w:t>
        <w:tab/>
        <w:t>B)  12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13</w:t>
        <w:tab/>
        <w:t>D)  16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Пробник 1 · Математика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60 минут на раздел · Задания 5–8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5.</w:t>
        <w:tab/>
      </w:r>
      <w:r>
        <w:rPr>
          <w:rFonts w:ascii="Arial" w:hAnsi="Arial"/>
          <w:sz w:val="21"/>
        </w:rPr>
        <w:t>В 400 г раствора содержится 8% соли. Сколько граммов соли надо добавить, чтобы доля соли стала 20%?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48 г</w:t>
        <w:tab/>
        <w:t>B)  80 г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50 г</w:t>
        <w:tab/>
        <w:t>D)  60 г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6.</w:t>
        <w:tab/>
      </w:r>
      <w:r>
        <w:rPr>
          <w:rFonts w:ascii="Arial" w:hAnsi="Arial"/>
          <w:sz w:val="21"/>
        </w:rPr>
        <w:t>В ящике 8 чёрных и 6 белых носков. Сколько носков нужно вынуть вслепую, чтобы гарантировать хотя бы 3 белых?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11</w:t>
        <w:tab/>
        <w:t>B)  9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10</w:t>
        <w:tab/>
        <w:t>D)  3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7.</w:t>
        <w:tab/>
      </w:r>
      <w:r>
        <w:rPr>
          <w:rFonts w:ascii="Arial" w:hAnsi="Arial"/>
          <w:sz w:val="21"/>
        </w:rPr>
        <w:t>Найдите медиану ряда 3, 11, 6, 8, 14, 10.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8</w:t>
        <w:tab/>
        <w:t>B)  8,5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10</w:t>
        <w:tab/>
        <w:t>D)  9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8.</w:t>
        <w:tab/>
      </w:r>
      <w:r>
        <w:rPr>
          <w:rFonts w:ascii="Arial" w:hAnsi="Arial"/>
          <w:sz w:val="21"/>
        </w:rPr>
        <w:t>Среднее арифметическое 5 чисел равно 12. После добавления шестого числа среднее стало 13. Какое число добавили?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15</w:t>
        <w:tab/>
        <w:t>B)  17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13</w:t>
        <w:tab/>
        <w:t>D)  18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Пробник 1 · Математика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60 минут на раздел · Задания 9–12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9.</w:t>
        <w:tab/>
      </w:r>
      <w:r>
        <w:rPr>
          <w:rFonts w:ascii="Arial" w:hAnsi="Arial"/>
          <w:sz w:val="21"/>
        </w:rPr>
        <w:t>При a = −3 и b = 2 найдите a² − 2ab.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21</w:t>
        <w:tab/>
        <w:t>B)  −3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15</w:t>
        <w:tab/>
        <w:t>D)  3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10.</w:t>
        <w:tab/>
      </w:r>
      <w:r>
        <w:rPr>
          <w:rFonts w:ascii="Arial" w:hAnsi="Arial"/>
          <w:sz w:val="21"/>
        </w:rPr>
        <w:t>Найдите 35% от 240.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96</w:t>
        <w:tab/>
        <w:t>B)  80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72</w:t>
        <w:tab/>
        <w:t>D)  84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11.</w:t>
        <w:tab/>
      </w:r>
      <w:r>
        <w:rPr>
          <w:rFonts w:ascii="Arial" w:hAnsi="Arial"/>
          <w:sz w:val="21"/>
        </w:rPr>
        <w:t>Внутренние размеры бака 50 × 40 × 30 см. Он заполнен на 3/4 объёма. Сколько литров воды в баке?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40 л</w:t>
        <w:tab/>
        <w:t>B)  30 л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60 л</w:t>
        <w:tab/>
        <w:t>D)  45 л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12.</w:t>
        <w:tab/>
      </w:r>
      <w:r>
        <w:rPr>
          <w:rFonts w:ascii="Arial" w:hAnsi="Arial"/>
          <w:sz w:val="21"/>
        </w:rPr>
        <w:t>Цена товара выросла на 25%, а затем снизилась на 12%. Как изменилась цена относительно исходной?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Снизилась на 10%</w:t>
        <w:tab/>
        <w:t>B)  Выросла на 10%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Не изменилась</w:t>
        <w:tab/>
        <w:t>D)  Выросла на 13%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Пробник 1 · Математика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60 минут на раздел · Задания 13–16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13.</w:t>
        <w:tab/>
      </w:r>
      <w:r>
        <w:rPr>
          <w:rFonts w:ascii="Arial" w:hAnsi="Arial"/>
          <w:sz w:val="21"/>
        </w:rPr>
        <w:t>За первые 2 часа автомобиль прошёл 140 км, за следующие 3 часа 180 км. Найдите среднюю скорость.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64 км/ч</w:t>
        <w:tab/>
        <w:t>B)  70 км/ч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60 км/ч</w:t>
        <w:tab/>
        <w:t>D)  65 км/ч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14.</w:t>
        <w:tab/>
      </w:r>
      <w:r>
        <w:rPr>
          <w:rFonts w:ascii="Arial" w:hAnsi="Arial"/>
          <w:sz w:val="21"/>
        </w:rPr>
        <w:t>Куб имеет ребро 5 см. Найдите площадь всей его поверхности.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125 см²</w:t>
        <w:tab/>
        <w:t>B)  100 см²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150 см²</w:t>
        <w:tab/>
        <w:t>D)  25 см²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15.</w:t>
        <w:tab/>
      </w:r>
      <w:r>
        <w:rPr>
          <w:rFonts w:ascii="Arial" w:hAnsi="Arial"/>
          <w:sz w:val="21"/>
        </w:rPr>
        <w:t>Две машины выехали одновременно навстречу друг другу из пунктов на расстоянии 330 км. Их скорости 50 и 60 км/ч. Когда они встретятся?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Через 4 ч</w:t>
        <w:tab/>
        <w:t>B)  Через 6 ч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Через 2 ч</w:t>
        <w:tab/>
        <w:t>D)  Через 3 ч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16.</w:t>
        <w:tab/>
      </w:r>
      <w:r>
        <w:rPr>
          <w:rFonts w:ascii="Arial" w:hAnsi="Arial"/>
          <w:sz w:val="21"/>
        </w:rPr>
        <w:t>Найдите число целых решений неравенства −1 ≤ x &lt; 5.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6</w:t>
        <w:tab/>
        <w:t>B)  7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4</w:t>
        <w:tab/>
        <w:t>D)  5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Пробник 1 · Математика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60 минут на раздел · Задания 17–20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17.</w:t>
        <w:tab/>
      </w:r>
      <w:r>
        <w:rPr>
          <w:rFonts w:ascii="Arial" w:hAnsi="Arial"/>
          <w:sz w:val="21"/>
        </w:rPr>
        <w:t>Периметр прямоугольника равен 64 см. Длина на 6 см больше ширины. Найдите площадь.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256 см²</w:t>
        <w:tab/>
        <w:t>B)  247 см²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208 см²</w:t>
        <w:tab/>
        <w:t>D)  240 см²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18.</w:t>
        <w:tab/>
      </w:r>
      <w:r>
        <w:rPr>
          <w:rFonts w:ascii="Arial" w:hAnsi="Arial"/>
          <w:sz w:val="21"/>
        </w:rPr>
        <w:t>Найдите площадь круга диаметром 10 см при π = 3,14.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78,5 см²</w:t>
        <w:tab/>
        <w:t>B)  314 см²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157 см²</w:t>
        <w:tab/>
        <w:t>D)  31,4 см²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19.</w:t>
        <w:tab/>
      </w:r>
      <w:r>
        <w:rPr>
          <w:rFonts w:ascii="Arial" w:hAnsi="Arial"/>
          <w:sz w:val="21"/>
        </w:rPr>
        <w:t>Матери 36 лет, дочери 8 лет. Через сколько лет мать будет в 3 раза старше дочери?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10</w:t>
        <w:tab/>
        <w:t>B)  6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8</w:t>
        <w:tab/>
        <w:t>D)  4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20.</w:t>
        <w:tab/>
      </w:r>
      <w:r>
        <w:rPr>
          <w:rFonts w:ascii="Arial" w:hAnsi="Arial"/>
          <w:sz w:val="21"/>
        </w:rPr>
        <w:t>Вычислите 7/10 − 1/4 + 3/5.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9/20</w:t>
        <w:tab/>
        <w:t>B)  11/20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21/20</w:t>
        <w:tab/>
        <w:t>D)  19/20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Пробник 1 · Математика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60 минут на раздел · Задания 21–24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21.</w:t>
        <w:tab/>
      </w:r>
      <w:r>
        <w:rPr>
          <w:rFonts w:ascii="Arial" w:hAnsi="Arial"/>
          <w:sz w:val="21"/>
        </w:rPr>
        <w:t>Сколько трёхзначных чисел делится на 40?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21</w:t>
        <w:tab/>
        <w:t>B)  23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22</w:t>
        <w:tab/>
        <w:t>D)  20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22.</w:t>
        <w:tab/>
      </w:r>
      <w:r>
        <w:rPr>
          <w:rFonts w:ascii="Arial" w:hAnsi="Arial"/>
          <w:sz w:val="21"/>
        </w:rPr>
        <w:t>В группе 35 детей. 22 умеют плавать, 18 кататься на коньках, 9 умеют и то и другое. Сколько не умеют ни того, ни другого?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2</w:t>
        <w:tab/>
        <w:t>B)  4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13</w:t>
        <w:tab/>
        <w:t>D)  5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23.</w:t>
        <w:tab/>
      </w:r>
      <w:r>
        <w:rPr>
          <w:rFonts w:ascii="Arial" w:hAnsi="Arial"/>
          <w:sz w:val="21"/>
        </w:rPr>
        <w:t>Есть 5 напитков и 4 вида выпечки. Сколько способов выбрать один напиток и один вид выпечки?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20</w:t>
        <w:tab/>
        <w:t>B)  10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25</w:t>
        <w:tab/>
        <w:t>D)  9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24.</w:t>
        <w:tab/>
      </w:r>
      <w:r>
        <w:rPr>
          <w:rFonts w:ascii="Arial" w:hAnsi="Arial"/>
          <w:sz w:val="21"/>
        </w:rPr>
        <w:t>Найдите сумму корней уравнения |x + 4| = 7.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8</w:t>
        <w:tab/>
        <w:t>B)  3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−8</w:t>
        <w:tab/>
        <w:t>D)  −4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Пробник 1 · Математика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60 минут на раздел · Задания 25–28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25.</w:t>
        <w:tab/>
      </w:r>
      <w:r>
        <w:rPr>
          <w:rFonts w:ascii="Arial" w:hAnsi="Arial"/>
          <w:sz w:val="21"/>
        </w:rPr>
        <w:t>Найдите x, если (x − 2)/3 = 5.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13</w:t>
        <w:tab/>
        <w:t>B)  21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17</w:t>
        <w:tab/>
        <w:t>D)  15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26.</w:t>
        <w:tab/>
      </w:r>
      <w:r>
        <w:rPr>
          <w:rFonts w:ascii="Arial" w:hAnsi="Arial"/>
          <w:sz w:val="21"/>
        </w:rPr>
        <w:t>Найдите цифру b, если число 72b4 делится на 9.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5</w:t>
        <w:tab/>
        <w:t>B)  4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2</w:t>
        <w:tab/>
        <w:t>D)  8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27.</w:t>
        <w:tab/>
      </w:r>
      <w:r>
        <w:rPr>
          <w:rFonts w:ascii="Arial" w:hAnsi="Arial"/>
          <w:sz w:val="21"/>
        </w:rPr>
        <w:t>Вычислите 4,8 : 0,16 − 2,5.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30</w:t>
        <w:tab/>
        <w:t>B)  27,5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32,5</w:t>
        <w:tab/>
        <w:t>D)  0,5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28.</w:t>
        <w:tab/>
      </w:r>
      <w:r>
        <w:rPr>
          <w:rFonts w:ascii="Arial" w:hAnsi="Arial"/>
          <w:sz w:val="21"/>
        </w:rPr>
        <w:t>Найдите НОК чисел 18 и 30.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6</w:t>
        <w:tab/>
        <w:t>B)  90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540</w:t>
        <w:tab/>
        <w:t>D)  60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Пробник 1 · Математика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60 минут на раздел · Задания 29–32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29.</w:t>
        <w:tab/>
      </w:r>
      <w:r>
        <w:rPr>
          <w:rFonts w:ascii="Arial" w:hAnsi="Arial"/>
          <w:sz w:val="21"/>
        </w:rPr>
        <w:t>Одна труба наполняет бак за 9 ч, другая за 18 ч. За сколько часов они наполнят его вместе?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13,5</w:t>
        <w:tab/>
        <w:t>B)  9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4,5</w:t>
        <w:tab/>
        <w:t>D)  6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30.</w:t>
        <w:tab/>
      </w:r>
      <w:r>
        <w:rPr>
          <w:rFonts w:ascii="Arial" w:hAnsi="Arial"/>
          <w:sz w:val="21"/>
        </w:rPr>
        <w:t>В 6 коробках по 8 наборов, в каждом наборе 12 деталей. Из всех деталей собрали модели по 18 деталей. Сколько полных моделей получилось?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32</w:t>
        <w:tab/>
        <w:t>B)  36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48</w:t>
        <w:tab/>
        <w:t>D)  24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31.</w:t>
        <w:tab/>
      </w:r>
      <w:r>
        <w:rPr>
          <w:rFonts w:ascii="Arial" w:hAnsi="Arial"/>
          <w:sz w:val="21"/>
        </w:rPr>
        <w:t>Вычислите 840 : 28 + 17 · 4.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98</w:t>
        <w:tab/>
        <w:t>B)  188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128</w:t>
        <w:tab/>
        <w:t>D)  47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32.</w:t>
        <w:tab/>
      </w:r>
      <w:r>
        <w:rPr>
          <w:rFonts w:ascii="Arial" w:hAnsi="Arial"/>
          <w:sz w:val="21"/>
        </w:rPr>
        <w:t>Из цифр 0, 1, 4, 8 составляют трёхзначные числа без повторений. Сколько таких чисел?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24</w:t>
        <w:tab/>
        <w:t>B)  18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12</w:t>
        <w:tab/>
        <w:t>D)  16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Пробник 1 · Математика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60 минут на раздел · Задания 33–36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33.</w:t>
        <w:tab/>
      </w:r>
      <w:r>
        <w:rPr>
          <w:rFonts w:ascii="Arial" w:hAnsi="Arial"/>
          <w:sz w:val="21"/>
        </w:rPr>
        <w:t>В ряд поставили 18 столбиков через каждые 4 м. Найдите расстояние между первым и последним.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72 м</w:t>
        <w:tab/>
        <w:t>B)  76 м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64 м</w:t>
        <w:tab/>
        <w:t>D)  68 м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34.</w:t>
        <w:tab/>
      </w:r>
      <w:r>
        <w:rPr>
          <w:rFonts w:ascii="Arial" w:hAnsi="Arial"/>
          <w:sz w:val="21"/>
        </w:rPr>
        <w:t>Собственная скорость катера 18 км/ч, течение 3 км/ч. За сколько часов он пройдёт 63 км по течению?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3</w:t>
        <w:tab/>
        <w:t>B)  5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4,2</w:t>
        <w:tab/>
        <w:t>D)  3,5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35.</w:t>
        <w:tab/>
      </w:r>
      <w:r>
        <w:rPr>
          <w:rFonts w:ascii="Arial" w:hAnsi="Arial"/>
          <w:sz w:val="21"/>
        </w:rPr>
        <w:t>Число сначала увеличили на 7, затем умножили на 4. Получилось 100. Найдите исходное число.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18</w:t>
        <w:tab/>
        <w:t>B)  17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23</w:t>
        <w:tab/>
        <w:t>D)  32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36.</w:t>
        <w:tab/>
      </w:r>
      <w:r>
        <w:rPr>
          <w:rFonts w:ascii="Arial" w:hAnsi="Arial"/>
          <w:sz w:val="21"/>
        </w:rPr>
        <w:t>Решите уравнение 7x + 4 = 4x + 31.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9</w:t>
        <w:tab/>
        <w:t>B)  5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11</w:t>
        <w:tab/>
        <w:t>D)  7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Пробник 1 · Математика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60 минут на раздел · Задания 37–40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37.</w:t>
        <w:tab/>
      </w:r>
      <w:r>
        <w:rPr>
          <w:rFonts w:ascii="Arial" w:hAnsi="Arial"/>
          <w:sz w:val="21"/>
        </w:rPr>
        <w:t>Длины двух лент относятся как 5 : 7. Их общая длина 84 см. Найдите длину более длинной ленты.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42 см</w:t>
        <w:tab/>
        <w:t>B)  35 см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59 см</w:t>
        <w:tab/>
        <w:t>D)  49 см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38.</w:t>
        <w:tab/>
      </w:r>
      <w:r>
        <w:rPr>
          <w:rFonts w:ascii="Arial" w:hAnsi="Arial"/>
          <w:sz w:val="21"/>
        </w:rPr>
        <w:t>На плане масштаба 1 : 25 000 расстояние равно 8,4 см. Чему оно равно на местности?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210 км</w:t>
        <w:tab/>
        <w:t>B)  2,1 км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0,21 км</w:t>
        <w:tab/>
        <w:t>D)  21 км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39.</w:t>
        <w:tab/>
      </w:r>
      <w:r>
        <w:rPr>
          <w:rFonts w:ascii="Arial" w:hAnsi="Arial"/>
          <w:sz w:val="21"/>
        </w:rPr>
        <w:t>Последовательность задана правилом a(1) = 2, a(n + 1) = 3a(n) − 2. Здесь a(n) — n-й член. Найдите a(4).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10</w:t>
        <w:tab/>
        <w:t>B)  26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54</w:t>
        <w:tab/>
        <w:t>D)  28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40.</w:t>
        <w:tab/>
      </w:r>
      <w:r>
        <w:rPr>
          <w:rFonts w:ascii="Arial" w:hAnsi="Arial"/>
          <w:sz w:val="21"/>
        </w:rPr>
        <w:t>После увеличения на 15% цена стала равна 9200 тенге. Найдите прежнюю цену.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7820 тенге</w:t>
        <w:tab/>
        <w:t>B)  8200 тенге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8000 тенге</w:t>
        <w:tab/>
        <w:t>D)  10 580 тенге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Пробник 1 · Сравнения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30 минут на раздел · Задания 1–6</w:t>
      </w:r>
    </w:p>
    <w:p>
      <w:pPr>
        <w:widowControl/>
        <w:spacing w:before="0" w:after="200" w:line="276" w:lineRule="auto"/>
        <w:ind w:left="0"/>
      </w:pPr>
      <w:r>
        <w:rPr>
          <w:rFonts w:ascii="Arial" w:hAnsi="Arial"/>
          <w:b w:val="0"/>
          <w:color w:val="000000"/>
          <w:sz w:val="18"/>
        </w:rPr>
        <w:t>A — больше А   B — больше В   C — равны   D — недостаточно информации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1.</w:t>
        <w:tab/>
      </w:r>
      <w:r>
        <w:rPr>
          <w:rFonts w:ascii="Arial" w:hAnsi="Arial"/>
          <w:sz w:val="21"/>
        </w:rPr>
        <w:t>Сравните значения в колонках.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36 · 15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27 · 20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2.</w:t>
        <w:tab/>
      </w:r>
      <w:r>
        <w:rPr>
          <w:rFonts w:ascii="Arial" w:hAnsi="Arial"/>
          <w:sz w:val="21"/>
        </w:rPr>
        <w:t>n — натуральное число.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2n + 1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2n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3.</w:t>
        <w:tab/>
      </w:r>
      <w:r>
        <w:rPr>
          <w:rFonts w:ascii="Arial" w:hAnsi="Arial"/>
          <w:sz w:val="21"/>
        </w:rPr>
        <w:t>Сравните значения в колонках.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0,65 кг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640 г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4.</w:t>
        <w:tab/>
      </w:r>
      <w:r>
        <w:rPr>
          <w:rFonts w:ascii="Arial" w:hAnsi="Arial"/>
          <w:sz w:val="21"/>
        </w:rPr>
        <w:t>Сравните значения в колонках.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125 · 16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2001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5.</w:t>
        <w:tab/>
      </w:r>
      <w:r>
        <w:rPr>
          <w:rFonts w:ascii="Arial" w:hAnsi="Arial"/>
          <w:sz w:val="21"/>
        </w:rPr>
        <w:t>a &gt; b &gt; 0.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a/b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1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6.</w:t>
        <w:tab/>
      </w:r>
      <w:r>
        <w:rPr>
          <w:rFonts w:ascii="Arial" w:hAnsi="Arial"/>
          <w:sz w:val="21"/>
        </w:rPr>
        <w:t>Сравните значения в колонках.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Количество пар из 7 участников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Количество пар из 8 участников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Пробник 1 · Сравнения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30 минут на раздел · Задания 7–12</w:t>
      </w:r>
    </w:p>
    <w:p>
      <w:pPr>
        <w:widowControl/>
        <w:spacing w:before="0" w:after="200" w:line="276" w:lineRule="auto"/>
        <w:ind w:left="0"/>
      </w:pPr>
      <w:r>
        <w:rPr>
          <w:rFonts w:ascii="Arial" w:hAnsi="Arial"/>
          <w:b w:val="0"/>
          <w:color w:val="000000"/>
          <w:sz w:val="18"/>
        </w:rPr>
        <w:t>A — больше А   B — больше В   C — равны   D — недостаточно информации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7.</w:t>
        <w:tab/>
      </w:r>
      <w:r>
        <w:rPr>
          <w:rFonts w:ascii="Arial" w:hAnsi="Arial"/>
          <w:sz w:val="21"/>
        </w:rPr>
        <w:t>Сравните значения в колонках.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НОК чисел 9 и 12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НОД чисел 72 и 108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8.</w:t>
        <w:tab/>
      </w:r>
      <w:r>
        <w:rPr>
          <w:rFonts w:ascii="Arial" w:hAnsi="Arial"/>
          <w:sz w:val="21"/>
        </w:rPr>
        <w:t>n — целое число, −1 ≤ n ≤ 1.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n²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0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9.</w:t>
        <w:tab/>
      </w:r>
      <w:r>
        <w:rPr>
          <w:rFonts w:ascii="Arial" w:hAnsi="Arial"/>
          <w:sz w:val="21"/>
        </w:rPr>
        <w:t>a + b + c = 45.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Среднее арифметическое a, b, c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15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10.</w:t>
        <w:tab/>
      </w:r>
      <w:r>
        <w:rPr>
          <w:rFonts w:ascii="Arial" w:hAnsi="Arial"/>
          <w:sz w:val="21"/>
        </w:rPr>
        <w:t>a : b = 4 : 7, a &gt; 0, b &gt; 0.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7a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4b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11.</w:t>
        <w:tab/>
      </w:r>
      <w:r>
        <w:rPr>
          <w:rFonts w:ascii="Arial" w:hAnsi="Arial"/>
          <w:sz w:val="21"/>
        </w:rPr>
        <w:t>Сравните значения в колонках.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1,8 л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1850 см³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12.</w:t>
        <w:tab/>
      </w:r>
      <w:r>
        <w:rPr>
          <w:rFonts w:ascii="Arial" w:hAnsi="Arial"/>
          <w:sz w:val="21"/>
        </w:rPr>
        <w:t>Движение равномерное.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Путь за 30 мин при 10 км/ч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Путь за 20 мин при 18 км/ч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Пробник 1 · Сравнения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30 минут на раздел · Задания 13–18</w:t>
      </w:r>
    </w:p>
    <w:p>
      <w:pPr>
        <w:widowControl/>
        <w:spacing w:before="0" w:after="200" w:line="276" w:lineRule="auto"/>
        <w:ind w:left="0"/>
      </w:pPr>
      <w:r>
        <w:rPr>
          <w:rFonts w:ascii="Arial" w:hAnsi="Arial"/>
          <w:b w:val="0"/>
          <w:color w:val="000000"/>
          <w:sz w:val="18"/>
        </w:rPr>
        <w:t>A — больше А   B — больше В   C — равны   D — недостаточно информации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13.</w:t>
        <w:tab/>
      </w:r>
      <w:r>
        <w:rPr>
          <w:rFonts w:ascii="Arial" w:hAnsi="Arial"/>
          <w:sz w:val="21"/>
        </w:rPr>
        <w:t>Сравните значения в колонках.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Число, 40% которого равно 28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Число, 25% которого равно 20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14.</w:t>
        <w:tab/>
      </w:r>
      <w:r>
        <w:rPr>
          <w:rFonts w:ascii="Arial" w:hAnsi="Arial"/>
          <w:sz w:val="21"/>
        </w:rPr>
        <w:t>x &lt; y &lt; 0.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x²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y²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15.</w:t>
        <w:tab/>
      </w:r>
      <w:r>
        <w:rPr>
          <w:rFonts w:ascii="Arial" w:hAnsi="Arial"/>
          <w:sz w:val="21"/>
        </w:rPr>
        <w:t>Сравните значения в колонках.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54 км/ч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15 м/с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16.</w:t>
        <w:tab/>
      </w:r>
      <w:r>
        <w:rPr>
          <w:rFonts w:ascii="Arial" w:hAnsi="Arial"/>
          <w:sz w:val="21"/>
        </w:rPr>
        <w:t>Сравните значения в колонках.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4/7 + 2/7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0,85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17.</w:t>
        <w:tab/>
      </w:r>
      <w:r>
        <w:rPr>
          <w:rFonts w:ascii="Arial" w:hAnsi="Arial"/>
          <w:sz w:val="21"/>
        </w:rPr>
        <w:t>x &gt; 4.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2x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8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18.</w:t>
        <w:tab/>
      </w:r>
      <w:r>
        <w:rPr>
          <w:rFonts w:ascii="Arial" w:hAnsi="Arial"/>
          <w:sz w:val="21"/>
        </w:rPr>
        <w:t>Среднее 6 чисел равно 8.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Сумма этих чисел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48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Пробник 1 · Сравнения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30 минут на раздел · Задания 19–24</w:t>
      </w:r>
    </w:p>
    <w:p>
      <w:pPr>
        <w:widowControl/>
        <w:spacing w:before="0" w:after="200" w:line="276" w:lineRule="auto"/>
        <w:ind w:left="0"/>
      </w:pPr>
      <w:r>
        <w:rPr>
          <w:rFonts w:ascii="Arial" w:hAnsi="Arial"/>
          <w:b w:val="0"/>
          <w:color w:val="000000"/>
          <w:sz w:val="18"/>
        </w:rPr>
        <w:t>A — больше А   B — больше В   C — равны   D — недостаточно информации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19.</w:t>
        <w:tab/>
      </w:r>
      <w:r>
        <w:rPr>
          <w:rFonts w:ascii="Arial" w:hAnsi="Arial"/>
          <w:sz w:val="21"/>
        </w:rPr>
        <w:t>В наборе 8 чисел каждое уменьшили на 2.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Величина уменьшения суммы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Величина уменьшения среднего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20.</w:t>
        <w:tab/>
      </w:r>
      <w:r>
        <w:rPr>
          <w:rFonts w:ascii="Arial" w:hAnsi="Arial"/>
          <w:sz w:val="21"/>
        </w:rPr>
        <w:t>0 &lt; x &lt; 1.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1/x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1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21.</w:t>
        <w:tab/>
      </w:r>
      <w:r>
        <w:rPr>
          <w:rFonts w:ascii="Arial" w:hAnsi="Arial"/>
          <w:sz w:val="21"/>
        </w:rPr>
        <w:t>Сравните значения в колонках.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2,25 ч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135 мин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22.</w:t>
        <w:tab/>
      </w:r>
      <w:r>
        <w:rPr>
          <w:rFonts w:ascii="Arial" w:hAnsi="Arial"/>
          <w:sz w:val="21"/>
        </w:rPr>
        <w:t>a &gt; 0.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a после двух увеличений на 10%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1,2a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23.</w:t>
        <w:tab/>
      </w:r>
      <w:r>
        <w:rPr>
          <w:rFonts w:ascii="Arial" w:hAnsi="Arial"/>
          <w:sz w:val="21"/>
        </w:rPr>
        <w:t>Сравните значения в колонках.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Медиана ряда 1, 3, 6, 7, 8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Среднее этого ряда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24.</w:t>
        <w:tab/>
      </w:r>
      <w:r>
        <w:rPr>
          <w:rFonts w:ascii="Arial" w:hAnsi="Arial"/>
          <w:sz w:val="21"/>
        </w:rPr>
        <w:t>Основание треугольника 10 см, высота к нему неизвестна и положительна.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Площадь треугольника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25 см²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Пробник 1 · Сравнения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30 минут на раздел · Задания 25–30</w:t>
      </w:r>
    </w:p>
    <w:p>
      <w:pPr>
        <w:widowControl/>
        <w:spacing w:before="0" w:after="200" w:line="276" w:lineRule="auto"/>
        <w:ind w:left="0"/>
      </w:pPr>
      <w:r>
        <w:rPr>
          <w:rFonts w:ascii="Arial" w:hAnsi="Arial"/>
          <w:b w:val="0"/>
          <w:color w:val="000000"/>
          <w:sz w:val="18"/>
        </w:rPr>
        <w:t>A — больше А   B — больше В   C — равны   D — недостаточно информации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25.</w:t>
        <w:tab/>
      </w:r>
      <w:r>
        <w:rPr>
          <w:rFonts w:ascii="Arial" w:hAnsi="Arial"/>
          <w:sz w:val="21"/>
        </w:rPr>
        <w:t>Сравните значения в колонках.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35% от 80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20% от 150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26.</w:t>
        <w:tab/>
      </w:r>
      <w:r>
        <w:rPr>
          <w:rFonts w:ascii="Arial" w:hAnsi="Arial"/>
          <w:sz w:val="21"/>
        </w:rPr>
        <w:t>Производительности постоянны.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Детали за 7 ч при 9 дет/ч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Детали за 9 ч при 7 дет/ч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27.</w:t>
        <w:tab/>
      </w:r>
      <w:r>
        <w:rPr>
          <w:rFonts w:ascii="Arial" w:hAnsi="Arial"/>
          <w:sz w:val="21"/>
        </w:rPr>
        <w:t>Сравните значения в колонках.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0,009 км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90 дм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28.</w:t>
        <w:tab/>
      </w:r>
      <w:r>
        <w:rPr>
          <w:rFonts w:ascii="Arial" w:hAnsi="Arial"/>
          <w:sz w:val="21"/>
        </w:rPr>
        <w:t>x + y = 20.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x + y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20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29.</w:t>
        <w:tab/>
      </w:r>
      <w:r>
        <w:rPr>
          <w:rFonts w:ascii="Arial" w:hAnsi="Arial"/>
          <w:sz w:val="21"/>
        </w:rPr>
        <w:t>Сравните значения в колонках.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0,7 м²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700 см²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30.</w:t>
        <w:tab/>
      </w:r>
      <w:r>
        <w:rPr>
          <w:rFonts w:ascii="Arial" w:hAnsi="Arial"/>
          <w:sz w:val="21"/>
        </w:rPr>
        <w:t>Сравните значения в колонках.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23² − 22²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44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Пробник 1 · Сравнения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30 минут на раздел · Задания 31–36</w:t>
      </w:r>
    </w:p>
    <w:p>
      <w:pPr>
        <w:widowControl/>
        <w:spacing w:before="0" w:after="200" w:line="276" w:lineRule="auto"/>
        <w:ind w:left="0"/>
      </w:pPr>
      <w:r>
        <w:rPr>
          <w:rFonts w:ascii="Arial" w:hAnsi="Arial"/>
          <w:b w:val="0"/>
          <w:color w:val="000000"/>
          <w:sz w:val="18"/>
        </w:rPr>
        <w:t>A — больше А   B — больше В   C — равны   D — недостаточно информации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31.</w:t>
        <w:tab/>
      </w:r>
      <w:r>
        <w:rPr>
          <w:rFonts w:ascii="Arial" w:hAnsi="Arial"/>
          <w:sz w:val="21"/>
        </w:rPr>
        <w:t>Основание первого треугольника в 2 раза больше основания второго, а высоты к ним равны и положительны.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Площадь первого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Площадь второго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32.</w:t>
        <w:tab/>
      </w:r>
      <w:r>
        <w:rPr>
          <w:rFonts w:ascii="Arial" w:hAnsi="Arial"/>
          <w:sz w:val="21"/>
        </w:rPr>
        <w:t>Сравните значения в колонках.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6,4 : 0,8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64 : 8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33.</w:t>
        <w:tab/>
      </w:r>
      <w:r>
        <w:rPr>
          <w:rFonts w:ascii="Arial" w:hAnsi="Arial"/>
          <w:sz w:val="21"/>
        </w:rPr>
        <w:t>Сравните значения в колонках.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12 · 49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12 · 50 − 12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34.</w:t>
        <w:tab/>
      </w:r>
      <w:r>
        <w:rPr>
          <w:rFonts w:ascii="Arial" w:hAnsi="Arial"/>
          <w:sz w:val="21"/>
        </w:rPr>
        <w:t>Периметр прямоугольника равен 28 см.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Его площадь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40 см²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35.</w:t>
        <w:tab/>
      </w:r>
      <w:r>
        <w:rPr>
          <w:rFonts w:ascii="Arial" w:hAnsi="Arial"/>
          <w:sz w:val="21"/>
        </w:rPr>
        <w:t>Сравните значения в колонках.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Периметр прямоугольника 3 × 11 см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Периметр квадрата со стороной 7 см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36.</w:t>
        <w:tab/>
      </w:r>
      <w:r>
        <w:rPr>
          <w:rFonts w:ascii="Arial" w:hAnsi="Arial"/>
          <w:sz w:val="21"/>
        </w:rPr>
        <w:t>x — любое действительное число.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|x|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x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Пробник 1 · Сравнения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30 минут на раздел · Задания 37–42</w:t>
      </w:r>
    </w:p>
    <w:p>
      <w:pPr>
        <w:widowControl/>
        <w:spacing w:before="0" w:after="200" w:line="276" w:lineRule="auto"/>
        <w:ind w:left="0"/>
      </w:pPr>
      <w:r>
        <w:rPr>
          <w:rFonts w:ascii="Arial" w:hAnsi="Arial"/>
          <w:b w:val="0"/>
          <w:color w:val="000000"/>
          <w:sz w:val="18"/>
        </w:rPr>
        <w:t>A — больше А   B — больше В   C — равны   D — недостаточно информации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37.</w:t>
        <w:tab/>
      </w:r>
      <w:r>
        <w:rPr>
          <w:rFonts w:ascii="Arial" w:hAnsi="Arial"/>
          <w:sz w:val="21"/>
        </w:rPr>
        <w:t>Расстояния одинаковы и положительны.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Время при 12 км/ч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Время при 8 км/ч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38.</w:t>
        <w:tab/>
      </w:r>
      <w:r>
        <w:rPr>
          <w:rFonts w:ascii="Arial" w:hAnsi="Arial"/>
          <w:sz w:val="21"/>
        </w:rPr>
        <w:t>У квадрата и прямоугольника одинаковая площадь 36 см². Стороны прямоугольника 4 и 9 см.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Периметр квадрата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Периметр прямоугольника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39.</w:t>
        <w:tab/>
      </w:r>
      <w:r>
        <w:rPr>
          <w:rFonts w:ascii="Arial" w:hAnsi="Arial"/>
          <w:sz w:val="21"/>
        </w:rPr>
        <w:t>Сравните значения в колонках.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5/8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62%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40.</w:t>
        <w:tab/>
      </w:r>
      <w:r>
        <w:rPr>
          <w:rFonts w:ascii="Arial" w:hAnsi="Arial"/>
          <w:sz w:val="21"/>
        </w:rPr>
        <w:t>n — целое число, 5 &lt; n &lt; 7.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n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6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41.</w:t>
        <w:tab/>
      </w:r>
      <w:r>
        <w:rPr>
          <w:rFonts w:ascii="Arial" w:hAnsi="Arial"/>
          <w:sz w:val="21"/>
        </w:rPr>
        <w:t>Сравните значения в колонках.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3 суток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4300 мин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42.</w:t>
        <w:tab/>
      </w:r>
      <w:r>
        <w:rPr>
          <w:rFonts w:ascii="Arial" w:hAnsi="Arial"/>
          <w:sz w:val="21"/>
        </w:rPr>
        <w:t>Сравните значения в колонках.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Площадь квадрата со стороной 9 см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Площадь прямоугольника 8 × 10 см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Пробник 1 · Сравнения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30 минут на раздел · Задания 43–48</w:t>
      </w:r>
    </w:p>
    <w:p>
      <w:pPr>
        <w:widowControl/>
        <w:spacing w:before="0" w:after="200" w:line="276" w:lineRule="auto"/>
        <w:ind w:left="0"/>
      </w:pPr>
      <w:r>
        <w:rPr>
          <w:rFonts w:ascii="Arial" w:hAnsi="Arial"/>
          <w:b w:val="0"/>
          <w:color w:val="000000"/>
          <w:sz w:val="18"/>
        </w:rPr>
        <w:t>A — больше А   B — больше В   C — равны   D — недостаточно информации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43.</w:t>
        <w:tab/>
      </w:r>
      <w:r>
        <w:rPr>
          <w:rFonts w:ascii="Arial" w:hAnsi="Arial"/>
          <w:sz w:val="21"/>
        </w:rPr>
        <w:t>В треугольнике один угол равен 85°.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Сумма остальных углов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90°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44.</w:t>
        <w:tab/>
      </w:r>
      <w:r>
        <w:rPr>
          <w:rFonts w:ascii="Arial" w:hAnsi="Arial"/>
          <w:sz w:val="21"/>
        </w:rPr>
        <w:t>Сравните значения в колонках.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11/15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3/4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45.</w:t>
        <w:tab/>
      </w:r>
      <w:r>
        <w:rPr>
          <w:rFonts w:ascii="Arial" w:hAnsi="Arial"/>
          <w:sz w:val="21"/>
        </w:rPr>
        <w:t>x &lt; 10.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x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8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46.</w:t>
        <w:tab/>
      </w:r>
      <w:r>
        <w:rPr>
          <w:rFonts w:ascii="Arial" w:hAnsi="Arial"/>
          <w:sz w:val="21"/>
        </w:rPr>
        <w:t>Цены товаров положительны и неизвестны.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Скидка 15% на первый товар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Скидка 10% на второй товар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47.</w:t>
        <w:tab/>
      </w:r>
      <w:r>
        <w:rPr>
          <w:rFonts w:ascii="Arial" w:hAnsi="Arial"/>
          <w:sz w:val="21"/>
        </w:rPr>
        <w:t>Сравните значения в колонках.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12% от 300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18% от 200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48.</w:t>
        <w:tab/>
      </w:r>
      <w:r>
        <w:rPr>
          <w:rFonts w:ascii="Arial" w:hAnsi="Arial"/>
          <w:sz w:val="21"/>
        </w:rPr>
        <w:t>Сравните значения в колонках.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30% от 90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90% от 30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Пробник 1 · Сравнения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30 минут на раздел · Задания 49–54</w:t>
      </w:r>
    </w:p>
    <w:p>
      <w:pPr>
        <w:widowControl/>
        <w:spacing w:before="0" w:after="200" w:line="276" w:lineRule="auto"/>
        <w:ind w:left="0"/>
      </w:pPr>
      <w:r>
        <w:rPr>
          <w:rFonts w:ascii="Arial" w:hAnsi="Arial"/>
          <w:b w:val="0"/>
          <w:color w:val="000000"/>
          <w:sz w:val="18"/>
        </w:rPr>
        <w:t>A — больше А   B — больше В   C — равны   D — недостаточно информации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49.</w:t>
        <w:tab/>
      </w:r>
      <w:r>
        <w:rPr>
          <w:rFonts w:ascii="Arial" w:hAnsi="Arial"/>
          <w:sz w:val="21"/>
        </w:rPr>
        <w:t>Сравните значения в колонках.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Объём куба с ребром 3 см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Объём коробки 1 × 3 × 9 см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50.</w:t>
        <w:tab/>
      </w:r>
      <w:r>
        <w:rPr>
          <w:rFonts w:ascii="Arial" w:hAnsi="Arial"/>
          <w:sz w:val="21"/>
        </w:rPr>
        <w:t>a &gt; 0.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Объём куба с ребром 2a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Вчетверо увеличенный объём куба с ребром a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51.</w:t>
        <w:tab/>
      </w:r>
      <w:r>
        <w:rPr>
          <w:rFonts w:ascii="Arial" w:hAnsi="Arial"/>
          <w:sz w:val="21"/>
        </w:rPr>
        <w:t>Сравните значения в колонках.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|−12| − 5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|−7|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52.</w:t>
        <w:tab/>
      </w:r>
      <w:r>
        <w:rPr>
          <w:rFonts w:ascii="Arial" w:hAnsi="Arial"/>
          <w:sz w:val="21"/>
        </w:rPr>
        <w:t>Сравните значения в колонках.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1 : 0,25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3,9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53.</w:t>
        <w:tab/>
      </w:r>
      <w:r>
        <w:rPr>
          <w:rFonts w:ascii="Arial" w:hAnsi="Arial"/>
          <w:sz w:val="21"/>
        </w:rPr>
        <w:t>a и b — положительные целые, a + b = 11.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ab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25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54.</w:t>
        <w:tab/>
      </w:r>
      <w:r>
        <w:rPr>
          <w:rFonts w:ascii="Arial" w:hAnsi="Arial"/>
          <w:sz w:val="21"/>
        </w:rPr>
        <w:t>x − y = 3.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x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y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Пробник 1 · Сравнения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30 минут на раздел · Задания 55–60</w:t>
      </w:r>
    </w:p>
    <w:p>
      <w:pPr>
        <w:widowControl/>
        <w:spacing w:before="0" w:after="200" w:line="276" w:lineRule="auto"/>
        <w:ind w:left="0"/>
      </w:pPr>
      <w:r>
        <w:rPr>
          <w:rFonts w:ascii="Arial" w:hAnsi="Arial"/>
          <w:b w:val="0"/>
          <w:color w:val="000000"/>
          <w:sz w:val="18"/>
        </w:rPr>
        <w:t>A — больше А   B — больше В   C — равны   D — недостаточно информации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55.</w:t>
        <w:tab/>
      </w:r>
      <w:r>
        <w:rPr>
          <w:rFonts w:ascii="Arial" w:hAnsi="Arial"/>
          <w:sz w:val="21"/>
        </w:rPr>
        <w:t>Сравните значения в колонках.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Длина окружности радиусом 4 см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Длина окружности диаметром 9 см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56.</w:t>
        <w:tab/>
      </w:r>
      <w:r>
        <w:rPr>
          <w:rFonts w:ascii="Arial" w:hAnsi="Arial"/>
          <w:sz w:val="21"/>
        </w:rPr>
        <w:t>x &gt; 1.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x²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x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57.</w:t>
        <w:tab/>
      </w:r>
      <w:r>
        <w:rPr>
          <w:rFonts w:ascii="Arial" w:hAnsi="Arial"/>
          <w:sz w:val="21"/>
        </w:rPr>
        <w:t>Сравните значения в колонках.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Процент роста от 120 до 150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Процент роста от 150 до 180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58.</w:t>
        <w:tab/>
      </w:r>
      <w:r>
        <w:rPr>
          <w:rFonts w:ascii="Arial" w:hAnsi="Arial"/>
          <w:sz w:val="21"/>
        </w:rPr>
        <w:t>xy = 0.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x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y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59.</w:t>
        <w:tab/>
      </w:r>
      <w:r>
        <w:rPr>
          <w:rFonts w:ascii="Arial" w:hAnsi="Arial"/>
          <w:sz w:val="21"/>
        </w:rPr>
        <w:t>Сравните значения в колонках.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0,56 + 0,008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0,57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60.</w:t>
        <w:tab/>
      </w:r>
      <w:r>
        <w:rPr>
          <w:rFonts w:ascii="Arial" w:hAnsi="Arial"/>
          <w:sz w:val="21"/>
        </w:rPr>
        <w:t>Сравните значения в колонках.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Количество целых чисел от −6 до 3 включительно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9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Бланк ответов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Пробник 1 · Математика</w:t>
      </w:r>
    </w:p>
    <w:p>
      <w:pPr>
        <w:widowControl/>
        <w:spacing w:before="0" w:after="24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Имя __________________________   Дата ______________</w:t>
      </w:r>
    </w:p>
    <w:p>
      <w:pPr>
        <w:widowControl/>
        <w:spacing w:before="0" w:after="240" w:line="276" w:lineRule="auto"/>
        <w:ind w:left="0"/>
      </w:pPr>
      <w:r>
        <w:rPr>
          <w:rFonts w:ascii="Arial" w:hAnsi="Arial"/>
          <w:b w:val="0"/>
          <w:color w:val="000000"/>
          <w:sz w:val="19"/>
        </w:rPr>
        <w:t>Закрасьте одно поле рядом с выбранной буквой. Используйте чёрную шариковую ручку. Бланк учебный и не воспроизводит официальный лист НИШ.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696"/>
        <w:gridCol w:w="4277"/>
        <w:gridCol w:w="696"/>
        <w:gridCol w:w="4277"/>
      </w:tblGrid>
      <w:tr>
        <w:trPr>
          <w:cantSplit/>
        </w:trPr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17"/>
              </w:rPr>
              <w:t>№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17"/>
              </w:rPr>
              <w:t>Ответ</w:t>
            </w:r>
          </w:p>
        </w:tc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17"/>
              </w:rPr>
              <w:t>№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17"/>
              </w:rPr>
              <w:t>Ответ</w:t>
            </w:r>
          </w:p>
        </w:tc>
      </w:tr>
      <w:tr>
        <w:trPr>
          <w:cantSplit/>
        </w:trPr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21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2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22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3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23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24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5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25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26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7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27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28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9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29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10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30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11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31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12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32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13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33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14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34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15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35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16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36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17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37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18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38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19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39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20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40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200" w:line="276" w:lineRule="auto"/>
        <w:ind w:left="0"/>
      </w:pPr>
      <w:r>
        <w:rPr>
          <w:rFonts w:ascii="Arial" w:hAnsi="Arial"/>
          <w:b w:val="0"/>
          <w:color w:val="000000"/>
          <w:sz w:val="19"/>
        </w:rPr>
        <w:t>После проверки: верно ____ / 40; пропусков ____; ошибок чтения ____; метода ____; вычисления ____</w:t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Бланк ответов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Пробник 1 · Количественные характеристики</w:t>
      </w:r>
    </w:p>
    <w:p>
      <w:pPr>
        <w:widowControl/>
        <w:spacing w:before="0" w:after="24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Имя __________________________   Дата ______________</w:t>
      </w:r>
    </w:p>
    <w:p>
      <w:pPr>
        <w:widowControl/>
        <w:spacing w:before="0" w:after="240" w:line="276" w:lineRule="auto"/>
        <w:ind w:left="0"/>
      </w:pPr>
      <w:r>
        <w:rPr>
          <w:rFonts w:ascii="Arial" w:hAnsi="Arial"/>
          <w:b w:val="0"/>
          <w:color w:val="000000"/>
          <w:sz w:val="19"/>
        </w:rPr>
        <w:t>Закрасьте одно поле рядом с выбранной буквой. Используйте чёрную шариковую ручку. Бланк учебный и не воспроизводит официальный лист НИШ.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97"/>
        <w:gridCol w:w="2718"/>
        <w:gridCol w:w="597"/>
        <w:gridCol w:w="2718"/>
        <w:gridCol w:w="597"/>
        <w:gridCol w:w="2718"/>
      </w:tblGrid>
      <w:tr>
        <w:trPr>
          <w:cantSplit/>
        </w:trPr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17"/>
              </w:rPr>
              <w:t>№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17"/>
              </w:rPr>
              <w:t>Ответ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17"/>
              </w:rPr>
              <w:t>№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17"/>
              </w:rPr>
              <w:t>Ответ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17"/>
              </w:rPr>
              <w:t>№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17"/>
              </w:rPr>
              <w:t>Ответ</w:t>
            </w:r>
          </w:p>
        </w:tc>
      </w:tr>
      <w:tr>
        <w:trPr>
          <w:cantSplit/>
        </w:trPr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21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41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2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22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42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3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23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43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24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44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5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25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45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26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46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7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27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47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28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48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9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29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49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10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30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50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11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31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51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12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32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52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13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33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53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14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34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54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15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35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55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16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36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56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17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37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57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18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38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58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19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39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59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20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40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60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200" w:line="276" w:lineRule="auto"/>
        <w:ind w:left="0"/>
      </w:pPr>
      <w:r>
        <w:rPr>
          <w:rFonts w:ascii="Arial" w:hAnsi="Arial"/>
          <w:b w:val="0"/>
          <w:color w:val="000000"/>
          <w:sz w:val="19"/>
        </w:rPr>
        <w:t>После проверки: верно ____ / 60; пропусков ____; ошибок чтения ____; метода ____; вычисления ____</w:t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Пробник 2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Смешанные задачи и графика</w:t>
      </w:r>
    </w:p>
    <w:p>
      <w:pPr>
        <w:widowControl/>
        <w:spacing w:before="0" w:after="140" w:line="276" w:lineRule="auto"/>
        <w:ind w:left="0"/>
      </w:pPr>
      <w:r>
        <w:rPr>
          <w:rFonts w:ascii="Arial" w:hAnsi="Arial"/>
          <w:b/>
          <w:color w:val="000000"/>
          <w:sz w:val="24"/>
        </w:rPr>
        <w:t>Подготовка</w:t>
      </w:r>
    </w:p>
    <w:p>
      <w:pPr>
        <w:widowControl/>
        <w:spacing w:before="0" w:after="36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Для заполнения бланка используйте шариковую ручку с чёрной пастой, не гелевую. Официальная памятка запрещает карандаши, корректирующие жидкости и зачёркивание ответов в листе [1]. Для реалистичной репетиции соблюдайте эти правила. Черновые вычисления делайте на свободных полях книги или отдельном листе при домашней работе.</w:t>
      </w:r>
    </w:p>
    <w:p>
      <w:pPr>
        <w:widowControl/>
        <w:spacing w:before="0" w:after="140" w:line="276" w:lineRule="auto"/>
        <w:ind w:left="0"/>
      </w:pPr>
      <w:r>
        <w:rPr>
          <w:rFonts w:ascii="Arial" w:hAnsi="Arial"/>
          <w:b/>
          <w:color w:val="000000"/>
          <w:sz w:val="24"/>
        </w:rPr>
        <w:t>Математика</w:t>
      </w:r>
    </w:p>
    <w:p>
      <w:pPr>
        <w:widowControl/>
        <w:spacing w:before="0" w:after="36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40 вопросов за 60 минут. Выберите один пробник ответа. Дополнительного времени на перенос ответов не закладывайте. Не используйте калькулятор, линейку или справочник.</w:t>
      </w:r>
    </w:p>
    <w:p>
      <w:pPr>
        <w:widowControl/>
        <w:spacing w:before="0" w:after="140" w:line="276" w:lineRule="auto"/>
        <w:ind w:left="0"/>
      </w:pPr>
      <w:r>
        <w:rPr>
          <w:rFonts w:ascii="Arial" w:hAnsi="Arial"/>
          <w:b/>
          <w:color w:val="000000"/>
          <w:sz w:val="24"/>
        </w:rPr>
        <w:t>Количественные характеристики</w:t>
      </w:r>
    </w:p>
    <w:p>
      <w:pPr>
        <w:widowControl/>
        <w:spacing w:before="0" w:after="36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60 сравнений за 30 минут. A — значение А больше; B — значение В больше; C — равенство обязательно; D — данных недостаточно для одного из трёх первых выводов. Один контрпример может опровергнуть A, B или C; для D приведите два разных допустимых исхода.</w:t>
      </w:r>
    </w:p>
    <w:p>
      <w:pPr>
        <w:widowControl/>
        <w:spacing w:before="0" w:after="140" w:line="276" w:lineRule="auto"/>
        <w:ind w:left="0"/>
      </w:pPr>
      <w:r>
        <w:rPr>
          <w:rFonts w:ascii="Arial" w:hAnsi="Arial"/>
          <w:b/>
          <w:color w:val="000000"/>
          <w:sz w:val="24"/>
        </w:rPr>
        <w:t>Учебный результат</w:t>
      </w:r>
    </w:p>
    <w:p>
      <w:pPr>
        <w:widowControl/>
        <w:spacing w:before="0" w:after="36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За верный ответ 1, за ошибку или пропуск 0. Получите отдельно число верных из 40 и из 60. Это учебная шкала без официальных весов. Не переводите её в вероятность поступления.</w:t>
      </w:r>
    </w:p>
    <w:p>
      <w:pPr>
        <w:widowControl/>
        <w:spacing w:before="0" w:after="140" w:line="276" w:lineRule="auto"/>
        <w:ind w:left="0"/>
      </w:pPr>
      <w:r>
        <w:rPr>
          <w:rFonts w:ascii="Arial" w:hAnsi="Arial"/>
          <w:b/>
          <w:color w:val="000000"/>
          <w:sz w:val="24"/>
        </w:rPr>
        <w:t>После выполнения</w:t>
      </w:r>
    </w:p>
    <w:p>
      <w:pPr>
        <w:widowControl/>
        <w:spacing w:before="0" w:after="36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Отметьте пропуски и причины ошибок: прочтение, метод, вычисления или время. Если задача с рисунком, проверьте единицы, начало шкалы и различие между пройденным путём и расстоянием от дома.</w:t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Пробник 2 · Математика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60 минут на раздел · Задания 1–3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1.</w:t>
        <w:tab/>
      </w:r>
      <w:r>
        <w:rPr>
          <w:rFonts w:ascii="Arial" w:hAnsi="Arial"/>
          <w:sz w:val="21"/>
        </w:rPr>
        <w:t>Найдите наименьшее натуральное n, для которого 18n делится на 60.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5</w:t>
        <w:tab/>
        <w:t>B)  30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10</w:t>
        <w:tab/>
        <w:t>D)  20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2.</w:t>
        <w:tab/>
      </w:r>
      <w:r>
        <w:rPr>
          <w:rFonts w:ascii="Arial" w:hAnsi="Arial"/>
          <w:sz w:val="21"/>
        </w:rPr>
        <w:t>Два натуральных числа имеют НОД 6 и НОК 90. Одно из них равно 18. Найдите другое.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60</w:t>
        <w:tab/>
        <w:t>B)  36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15</w:t>
        <w:tab/>
        <w:t>D)  30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3.</w:t>
        <w:tab/>
      </w:r>
      <w:r>
        <w:rPr>
          <w:rFonts w:ascii="Arial" w:hAnsi="Arial"/>
          <w:sz w:val="21"/>
        </w:rPr>
        <w:t>Сколько целых чисел строго между −12 и 18 делятся на 4?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7</w:t>
        <w:tab/>
        <w:t>B)  8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9</w:t>
        <w:tab/>
        <w:t>D)  6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Пробник 2 · Математика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60 минут на раздел · Задания 4–5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4.</w:t>
        <w:tab/>
      </w:r>
      <w:r>
        <w:rPr>
          <w:rFonts w:ascii="Arial" w:hAnsi="Arial"/>
          <w:sz w:val="21"/>
        </w:rPr>
        <w:t>По диаграмме выдачи книг найдите долю книг четверга в общем числе книг за четыре дня.</w:t>
      </w:r>
    </w:p>
    <w:p>
      <w:pPr>
        <w:keepNext/>
        <w:spacing w:after="200"/>
        <w:jc w:val="center"/>
      </w:pPr>
      <w:r>
        <w:drawing>
          <wp:inline xmlns:a="http://schemas.openxmlformats.org/drawingml/2006/main" xmlns:pic="http://schemas.openxmlformats.org/drawingml/2006/picture">
            <wp:extent cx="5740400" cy="2009139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rs2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20091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5/14</w:t>
        <w:tab/>
        <w:t>B)  1/3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3/7</w:t>
        <w:tab/>
        <w:t>D)  1/4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5.</w:t>
        <w:tab/>
      </w:r>
      <w:r>
        <w:rPr>
          <w:rFonts w:ascii="Arial" w:hAnsi="Arial"/>
          <w:sz w:val="21"/>
        </w:rPr>
        <w:t>Ученик потратил 2/7 денег на книгу и 1/3 оставшихся на тетради. Осталось 3000 тенге. Сколько было сначала?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5600 тенге</w:t>
        <w:tab/>
        <w:t>B)  4500 тенге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7000 тенге</w:t>
        <w:tab/>
        <w:t>D)  6300 тенге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Пробник 2 · Математика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60 минут на раздел · Задания 6–9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6.</w:t>
        <w:tab/>
      </w:r>
      <w:r>
        <w:rPr>
          <w:rFonts w:ascii="Arial" w:hAnsi="Arial"/>
          <w:sz w:val="21"/>
        </w:rPr>
        <w:t>К числителю и знаменателю дроби 5/9 прибавили одно и то же натуральное число x и получили 3/5. Найдите x.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4</w:t>
        <w:tab/>
        <w:t>B)  3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1</w:t>
        <w:tab/>
        <w:t>D)  2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7.</w:t>
        <w:tab/>
      </w:r>
      <w:r>
        <w:rPr>
          <w:rFonts w:ascii="Arial" w:hAnsi="Arial"/>
          <w:sz w:val="21"/>
        </w:rPr>
        <w:t>Товар после скидки 15% и дополнительной скидки 20% стоит 6800 тенге. Найдите цену до обеих скидок.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10 000 тенге</w:t>
        <w:tab/>
        <w:t>B)  10 460 тенге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9200 тенге</w:t>
        <w:tab/>
        <w:t>D)  11 000 тенге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8.</w:t>
        <w:tab/>
      </w:r>
      <w:r>
        <w:rPr>
          <w:rFonts w:ascii="Arial" w:hAnsi="Arial"/>
          <w:sz w:val="21"/>
        </w:rPr>
        <w:t>В группе отношение мальчиков к девочкам 3 : 4. После прихода пяти мальчиков отношение стало 7 : 8. Сколько детей было сначала?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70</w:t>
        <w:tab/>
        <w:t>B)  35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84</w:t>
        <w:tab/>
        <w:t>D)  56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9.</w:t>
        <w:tab/>
      </w:r>
      <w:r>
        <w:rPr>
          <w:rFonts w:ascii="Arial" w:hAnsi="Arial"/>
          <w:sz w:val="21"/>
        </w:rPr>
        <w:t>В сплаве 360 г меди, это 60% массы. Добавили 150 г чистой меди. Какова доля меди в новом сплаве?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68%</w:t>
        <w:tab/>
        <w:t>B)  70%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75%</w:t>
        <w:tab/>
        <w:t>D)  64%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Пробник 2 · Математика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60 минут на раздел · Задания 10–13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10.</w:t>
        <w:tab/>
      </w:r>
      <w:r>
        <w:rPr>
          <w:rFonts w:ascii="Arial" w:hAnsi="Arial"/>
          <w:sz w:val="21"/>
        </w:rPr>
        <w:t>Цена выросла с 500 до 650 тенге. На сколько процентов надо снизить новую цену, чтобы получить 520 тенге?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10%</w:t>
        <w:tab/>
        <w:t>B)  25%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20%</w:t>
        <w:tab/>
        <w:t>D)  26%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11.</w:t>
        <w:tab/>
      </w:r>
      <w:r>
        <w:rPr>
          <w:rFonts w:ascii="Arial" w:hAnsi="Arial"/>
          <w:sz w:val="21"/>
        </w:rPr>
        <w:t>Решите уравнение (2x − 3)/5 − (x + 1)/3 = 1.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24</w:t>
        <w:tab/>
        <w:t>B)  19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34</w:t>
        <w:tab/>
        <w:t>D)  29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12.</w:t>
        <w:tab/>
      </w:r>
      <w:r>
        <w:rPr>
          <w:rFonts w:ascii="Arial" w:hAnsi="Arial"/>
          <w:sz w:val="21"/>
        </w:rPr>
        <w:t>Найдите произведение всех целых решений −2 &lt; x ≤ 3.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0</w:t>
        <w:tab/>
        <w:t>B)  6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12</w:t>
        <w:tab/>
        <w:t>D)  −6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13.</w:t>
        <w:tab/>
      </w:r>
      <w:r>
        <w:rPr>
          <w:rFonts w:ascii="Arial" w:hAnsi="Arial"/>
          <w:sz w:val="21"/>
        </w:rPr>
        <w:t>Найдите больший корень уравнения |3x − 2| = 10.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8/3</w:t>
        <w:tab/>
        <w:t>B)  −4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6</w:t>
        <w:tab/>
        <w:t>D)  4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Пробник 2 · Математика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60 минут на раздел · Задания 14–15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14.</w:t>
        <w:tab/>
      </w:r>
      <w:r>
        <w:rPr>
          <w:rFonts w:ascii="Arial" w:hAnsi="Arial"/>
          <w:sz w:val="21"/>
        </w:rPr>
        <w:t>При x ≠ 2 упростите выражение (x² − 4)/(x − 2) − x.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0</w:t>
        <w:tab/>
        <w:t>B)  x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2</w:t>
        <w:tab/>
        <w:t>D)  x + 2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15.</w:t>
        <w:tab/>
      </w:r>
      <w:r>
        <w:rPr>
          <w:rFonts w:ascii="Arial" w:hAnsi="Arial"/>
          <w:sz w:val="21"/>
        </w:rPr>
        <w:t>Сумма двух чисел 46, при делении большего на меньшее получается частное 3 и остаток 2. Найдите большее.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36</w:t>
        <w:tab/>
        <w:t>B)  34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33</w:t>
        <w:tab/>
        <w:t>D)  35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Пробник 2 · Математика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60 минут на раздел · Задания 16–17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16.</w:t>
        <w:tab/>
      </w:r>
      <w:r>
        <w:rPr>
          <w:rFonts w:ascii="Arial" w:hAnsi="Arial"/>
          <w:sz w:val="21"/>
        </w:rPr>
        <w:t>По графику расстояния от дома найдите среднюю скорость на всём маршруте за 45 минут, включая остановку.</w:t>
      </w:r>
    </w:p>
    <w:p>
      <w:pPr>
        <w:keepNext/>
        <w:spacing w:after="200"/>
        <w:jc w:val="center"/>
      </w:pPr>
      <w:r>
        <w:drawing>
          <wp:inline xmlns:a="http://schemas.openxmlformats.org/drawingml/2006/main" xmlns:pic="http://schemas.openxmlformats.org/drawingml/2006/picture">
            <wp:extent cx="5740400" cy="2009139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ourney2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20091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4 км/ч</w:t>
        <w:tab/>
        <w:t>B)  8 км/ч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9 км/ч</w:t>
        <w:tab/>
        <w:t>D)  6 км/ч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17.</w:t>
        <w:tab/>
      </w:r>
      <w:r>
        <w:rPr>
          <w:rFonts w:ascii="Arial" w:hAnsi="Arial"/>
          <w:sz w:val="21"/>
        </w:rPr>
        <w:t>Лодка проходит 36 км по течению за 2 ч, а против течения за 3 ч. Найдите скорость течения.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3 км/ч</w:t>
        <w:tab/>
        <w:t>B)  2 км/ч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15 км/ч</w:t>
        <w:tab/>
        <w:t>D)  6 км/ч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Пробник 2 · Математика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60 минут на раздел · Задания 18–20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18.</w:t>
        <w:tab/>
      </w:r>
      <w:r>
        <w:rPr>
          <w:rFonts w:ascii="Arial" w:hAnsi="Arial"/>
          <w:sz w:val="21"/>
        </w:rPr>
        <w:t>Рабочий выполнил 1/3 заказа за 4 ч. Затем его производительность выросла на 50%. За сколько часов он выполнит оставшуюся часть?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8 ч</w:t>
        <w:tab/>
        <w:t>B)  6 ч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5 1/3 ч</w:t>
        <w:tab/>
        <w:t>D)  4 ч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19.</w:t>
        <w:tab/>
      </w:r>
      <w:r>
        <w:rPr>
          <w:rFonts w:ascii="Arial" w:hAnsi="Arial"/>
          <w:sz w:val="21"/>
        </w:rPr>
        <w:t>Для 4 одинаковых станков заказ рассчитан на 9 ч. После 3 ч один станок остановили. За сколько часов от начала завершат заказ три работающих станка, сохраняя производительность?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12 ч</w:t>
        <w:tab/>
        <w:t>B)  10 ч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11 ч</w:t>
        <w:tab/>
        <w:t>D)  9 ч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20.</w:t>
        <w:tab/>
      </w:r>
      <w:r>
        <w:rPr>
          <w:rFonts w:ascii="Arial" w:hAnsi="Arial"/>
          <w:sz w:val="21"/>
        </w:rPr>
        <w:t>Два бегуна движутся в одном направлении по кругу длиной 400 м со скоростями 5 и 4 м/с. Через сколько секунд после одновременного старта из одной точки быстрый впервые догонит медленного?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100 с</w:t>
        <w:tab/>
        <w:t>B)  200 с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400 с</w:t>
        <w:tab/>
        <w:t>D)  80 с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Пробник 2 · Математика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60 минут на раздел · Задания 21–22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21.</w:t>
        <w:tab/>
      </w:r>
      <w:r>
        <w:rPr>
          <w:rFonts w:ascii="Arial" w:hAnsi="Arial"/>
          <w:sz w:val="21"/>
        </w:rPr>
        <w:t>По графикам тарифов найдите экономию при выборе более дешёвого тарифа для поездки на 30 км.</w:t>
      </w:r>
    </w:p>
    <w:p>
      <w:pPr>
        <w:keepNext/>
        <w:spacing w:after="200"/>
        <w:jc w:val="center"/>
      </w:pPr>
      <w:r>
        <w:drawing>
          <wp:inline xmlns:a="http://schemas.openxmlformats.org/drawingml/2006/main" xmlns:pic="http://schemas.openxmlformats.org/drawingml/2006/picture">
            <wp:extent cx="5740400" cy="2123948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ariffs2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21239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400 тенге</w:t>
        <w:tab/>
        <w:t>B)  300 тенге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200 тенге</w:t>
        <w:tab/>
        <w:t>D)  100 тенге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22.</w:t>
        <w:tab/>
      </w:r>
      <w:r>
        <w:rPr>
          <w:rFonts w:ascii="Arial" w:hAnsi="Arial"/>
          <w:sz w:val="21"/>
        </w:rPr>
        <w:t>В прямоугольном треугольнике катеты 9 и 12 см. Высота к гипотенузе 7,2 см. Найдите длину гипотенузы.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21,6 см</w:t>
        <w:tab/>
        <w:t>B)  18 см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15 см</w:t>
        <w:tab/>
        <w:t>D)  12 см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Пробник 2 · Математика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60 минут на раздел · Задания 23–24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23.</w:t>
        <w:tab/>
      </w:r>
      <w:r>
        <w:rPr>
          <w:rFonts w:ascii="Arial" w:hAnsi="Arial"/>
          <w:sz w:val="21"/>
        </w:rPr>
        <w:t>Размеры коробки 12 × 8 × 6 см. Сколько кубиков с ребром 2 см её полностью заполнят без зазоров?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48</w:t>
        <w:tab/>
        <w:t>B)  144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96</w:t>
        <w:tab/>
        <w:t>D)  72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24.</w:t>
        <w:tab/>
      </w:r>
      <w:r>
        <w:rPr>
          <w:rFonts w:ascii="Arial" w:hAnsi="Arial"/>
          <w:sz w:val="21"/>
        </w:rPr>
        <w:t>Рамка имеет одинаковую ширину 2 см. Какую долю площади внешнего прямоугольника занимает белая внутренняя часть?</w:t>
      </w:r>
    </w:p>
    <w:p>
      <w:pPr>
        <w:keepNext/>
        <w:spacing w:after="200"/>
        <w:jc w:val="center"/>
      </w:pPr>
      <w:r>
        <w:drawing>
          <wp:inline xmlns:a="http://schemas.openxmlformats.org/drawingml/2006/main" xmlns:pic="http://schemas.openxmlformats.org/drawingml/2006/picture">
            <wp:extent cx="5740400" cy="2009139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ame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20091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3/5</w:t>
        <w:tab/>
        <w:t>B)  8/15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7/15</w:t>
        <w:tab/>
        <w:t>D)  2/3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Пробник 2 · Математика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60 минут на раздел · Задания 25–28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25.</w:t>
        <w:tab/>
      </w:r>
      <w:r>
        <w:rPr>
          <w:rFonts w:ascii="Arial" w:hAnsi="Arial"/>
          <w:sz w:val="21"/>
        </w:rPr>
        <w:t>Угол между двумя лучами равен 150°. Третий луч внутри угла делит его на части в отношении 2 : 3. Найдите угол между третьим лучом и биссектрисой исходного угла.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60°</w:t>
        <w:tab/>
        <w:t>B)  30°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25°</w:t>
        <w:tab/>
        <w:t>D)  15°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26.</w:t>
        <w:tab/>
      </w:r>
      <w:r>
        <w:rPr>
          <w:rFonts w:ascii="Arial" w:hAnsi="Arial"/>
          <w:sz w:val="21"/>
        </w:rPr>
        <w:t>В пяти числах среднее 16. У четырёх из них среднее 14,5. Найдите пятое число.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22</w:t>
        <w:tab/>
        <w:t>B)  18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24</w:t>
        <w:tab/>
        <w:t>D)  20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27.</w:t>
        <w:tab/>
      </w:r>
      <w:r>
        <w:rPr>
          <w:rFonts w:ascii="Arial" w:hAnsi="Arial"/>
          <w:sz w:val="21"/>
        </w:rPr>
        <w:t>Среднее трёх последовательных чётных чисел равно 18. Найдите произведение наименьшего и наибольшего.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360</w:t>
        <w:tab/>
        <w:t>B)  288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320</w:t>
        <w:tab/>
        <w:t>D)  324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28.</w:t>
        <w:tab/>
      </w:r>
      <w:r>
        <w:rPr>
          <w:rFonts w:ascii="Arial" w:hAnsi="Arial"/>
          <w:sz w:val="21"/>
        </w:rPr>
        <w:t>В классе 30 учеников; 18 выбрали футбол, 16 волейбол, 5 не выбрали ни того, ни другого. Сколько выбрали оба вида спорта?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4</w:t>
        <w:tab/>
        <w:t>B)  9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11</w:t>
        <w:tab/>
        <w:t>D)  7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Пробник 2 · Математика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60 минут на раздел · Задания 29–32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29.</w:t>
        <w:tab/>
      </w:r>
      <w:r>
        <w:rPr>
          <w:rFonts w:ascii="Arial" w:hAnsi="Arial"/>
          <w:sz w:val="21"/>
        </w:rPr>
        <w:t>Из 5 разных книг выбирают 2 без учёта порядка. Сколько способов выбора?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20</w:t>
        <w:tab/>
        <w:t>B)  15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8</w:t>
        <w:tab/>
        <w:t>D)  10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30.</w:t>
        <w:tab/>
      </w:r>
      <w:r>
        <w:rPr>
          <w:rFonts w:ascii="Arial" w:hAnsi="Arial"/>
          <w:sz w:val="21"/>
        </w:rPr>
        <w:t>В мешке 4 белых и 6 чёрных шара. Вынули один белый шар и не вернули. Какова вероятность, что следующий случайно выбранный шар белый?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1/3</w:t>
        <w:tab/>
        <w:t>B)  3/10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2/5</w:t>
        <w:tab/>
        <w:t>D)  1/2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31.</w:t>
        <w:tab/>
      </w:r>
      <w:r>
        <w:rPr>
          <w:rFonts w:ascii="Arial" w:hAnsi="Arial"/>
          <w:sz w:val="21"/>
        </w:rPr>
        <w:t>Прямоугольную сетку из 2 рядов и 4 столбцов клеток разделяют по линиям. Сколько в ней прямоугольников, состоящих из целых клеток?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40</w:t>
        <w:tab/>
        <w:t>B)  8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20</w:t>
        <w:tab/>
        <w:t>D)  30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32.</w:t>
        <w:tab/>
      </w:r>
      <w:r>
        <w:rPr>
          <w:rFonts w:ascii="Arial" w:hAnsi="Arial"/>
          <w:sz w:val="21"/>
        </w:rPr>
        <w:t>Сколько нулей стоит в конце произведения 1 · 2 · … · 20?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3</w:t>
        <w:tab/>
        <w:t>B)  5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4</w:t>
        <w:tab/>
        <w:t>D)  2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Пробник 2 · Математика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60 минут на раздел · Задания 33–36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33.</w:t>
        <w:tab/>
      </w:r>
      <w:r>
        <w:rPr>
          <w:rFonts w:ascii="Arial" w:hAnsi="Arial"/>
          <w:sz w:val="21"/>
        </w:rPr>
        <w:t>В турнире с круговой системой сыграли 28 партий. Каждая пара участников сыграла один раз. Сколько было участников?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9</w:t>
        <w:tab/>
        <w:t>B)  7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8</w:t>
        <w:tab/>
        <w:t>D)  14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34.</w:t>
        <w:tab/>
      </w:r>
      <w:r>
        <w:rPr>
          <w:rFonts w:ascii="Arial" w:hAnsi="Arial"/>
          <w:sz w:val="21"/>
        </w:rPr>
        <w:t>Записали подряд все натуральные числа от 1 до 50. Сколько всего цифр записали?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91</w:t>
        <w:tab/>
        <w:t>B)  100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92</w:t>
        <w:tab/>
        <w:t>D)  90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35.</w:t>
        <w:tab/>
      </w:r>
      <w:r>
        <w:rPr>
          <w:rFonts w:ascii="Arial" w:hAnsi="Arial"/>
          <w:sz w:val="21"/>
        </w:rPr>
        <w:t>Ящик с 5 одинаковыми упаковками весит 14 кг, а с 8 такими упаковками 20 кг. Сколько весит пустой ящик?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3 кг</w:t>
        <w:tab/>
        <w:t>B)  4 кг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6 кг</w:t>
        <w:tab/>
        <w:t>D)  2 кг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36.</w:t>
        <w:tab/>
      </w:r>
      <w:r>
        <w:rPr>
          <w:rFonts w:ascii="Arial" w:hAnsi="Arial"/>
          <w:sz w:val="21"/>
        </w:rPr>
        <w:t>Если из некоторого количества конфет раздать каждому ребёнку по 4, останется 7; если по 5, не хватит 2. Сколько детей?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9</w:t>
        <w:tab/>
        <w:t>B)  8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7</w:t>
        <w:tab/>
        <w:t>D)  11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Пробник 2 · Математика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60 минут на раздел · Задания 37–40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37.</w:t>
        <w:tab/>
      </w:r>
      <w:r>
        <w:rPr>
          <w:rFonts w:ascii="Arial" w:hAnsi="Arial"/>
          <w:sz w:val="21"/>
        </w:rPr>
        <w:t>У трёхзначного числа сотни 4, а число делится на 5 и на 9. Какое наибольшее такое число?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490</w:t>
        <w:tab/>
        <w:t>B)  450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480</w:t>
        <w:tab/>
        <w:t>D)  495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38.</w:t>
        <w:tab/>
      </w:r>
      <w:r>
        <w:rPr>
          <w:rFonts w:ascii="Arial" w:hAnsi="Arial"/>
          <w:sz w:val="21"/>
        </w:rPr>
        <w:t>Число увеличили на 20%, затем прибавили 12 и получили 96. Найдите исходное число.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72</w:t>
        <w:tab/>
        <w:t>B)  70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80</w:t>
        <w:tab/>
        <w:t>D)  64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39.</w:t>
        <w:tab/>
      </w:r>
      <w:r>
        <w:rPr>
          <w:rFonts w:ascii="Arial" w:hAnsi="Arial"/>
          <w:sz w:val="21"/>
        </w:rPr>
        <w:t>В коробке 10 синих, 8 зелёных и 6 красных карандашей. Сколько нужно взять вслепую, чтобы гарантировать наличие карандашей всех трёх цветов?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18</w:t>
        <w:tab/>
        <w:t>B)  17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19</w:t>
        <w:tab/>
        <w:t>D)  15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40.</w:t>
        <w:tab/>
      </w:r>
      <w:r>
        <w:rPr>
          <w:rFonts w:ascii="Arial" w:hAnsi="Arial"/>
          <w:sz w:val="21"/>
        </w:rPr>
        <w:t>На сколько процентов число 60 больше своего значения после уменьшения на 25%?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33 1/3%</w:t>
        <w:tab/>
        <w:t>B)  75%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25%</w:t>
        <w:tab/>
        <w:t>D)  30%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Пробник 2 · Сравнения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30 минут на раздел · Задания 1–6</w:t>
      </w:r>
    </w:p>
    <w:p>
      <w:pPr>
        <w:widowControl/>
        <w:spacing w:before="0" w:after="200" w:line="276" w:lineRule="auto"/>
        <w:ind w:left="0"/>
      </w:pPr>
      <w:r>
        <w:rPr>
          <w:rFonts w:ascii="Arial" w:hAnsi="Arial"/>
          <w:b w:val="0"/>
          <w:color w:val="000000"/>
          <w:sz w:val="18"/>
        </w:rPr>
        <w:t>A — больше А   B — больше В   C — равны   D — недостаточно информации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1.</w:t>
        <w:tab/>
      </w:r>
      <w:r>
        <w:rPr>
          <w:rFonts w:ascii="Arial" w:hAnsi="Arial"/>
          <w:sz w:val="21"/>
        </w:rPr>
        <w:t>a и b положительны.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(a + a + a)/b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3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2.</w:t>
        <w:tab/>
      </w:r>
      <w:r>
        <w:rPr>
          <w:rFonts w:ascii="Arial" w:hAnsi="Arial"/>
          <w:sz w:val="21"/>
        </w:rPr>
        <w:t>x &lt; 0.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x³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x²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3.</w:t>
        <w:tab/>
      </w:r>
      <w:r>
        <w:rPr>
          <w:rFonts w:ascii="Arial" w:hAnsi="Arial"/>
          <w:sz w:val="21"/>
        </w:rPr>
        <w:t>x &gt; 2.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0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x² − 4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4.</w:t>
        <w:tab/>
      </w:r>
      <w:r>
        <w:rPr>
          <w:rFonts w:ascii="Arial" w:hAnsi="Arial"/>
          <w:sz w:val="21"/>
        </w:rPr>
        <w:t>x + y = 8; x и y положительны.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xy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15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5.</w:t>
        <w:tab/>
      </w:r>
      <w:r>
        <w:rPr>
          <w:rFonts w:ascii="Arial" w:hAnsi="Arial"/>
          <w:sz w:val="21"/>
        </w:rPr>
        <w:t>a &gt; b &gt; 0.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a + 1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b + 2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6.</w:t>
        <w:tab/>
      </w:r>
      <w:r>
        <w:rPr>
          <w:rFonts w:ascii="Arial" w:hAnsi="Arial"/>
          <w:sz w:val="21"/>
        </w:rPr>
        <w:t>x и y — разные положительные числа.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(x + y)²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x² + y²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Пробник 2 · Сравнения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30 минут на раздел · Задания 7–12</w:t>
      </w:r>
    </w:p>
    <w:p>
      <w:pPr>
        <w:widowControl/>
        <w:spacing w:before="0" w:after="200" w:line="276" w:lineRule="auto"/>
        <w:ind w:left="0"/>
      </w:pPr>
      <w:r>
        <w:rPr>
          <w:rFonts w:ascii="Arial" w:hAnsi="Arial"/>
          <w:b w:val="0"/>
          <w:color w:val="000000"/>
          <w:sz w:val="18"/>
        </w:rPr>
        <w:t>A — больше А   B — больше В   C — равны   D — недостаточно информации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7.</w:t>
        <w:tab/>
      </w:r>
      <w:r>
        <w:rPr>
          <w:rFonts w:ascii="Arial" w:hAnsi="Arial"/>
          <w:sz w:val="21"/>
        </w:rPr>
        <w:t>x ≠ −2; y — любое действительное число.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(x² − 4)/(x + 2)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y − 2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8.</w:t>
        <w:tab/>
      </w:r>
      <w:r>
        <w:rPr>
          <w:rFonts w:ascii="Arial" w:hAnsi="Arial"/>
          <w:sz w:val="21"/>
        </w:rPr>
        <w:t>x = −1/2.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x²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−x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9.</w:t>
        <w:tab/>
      </w:r>
      <w:r>
        <w:rPr>
          <w:rFonts w:ascii="Arial" w:hAnsi="Arial"/>
          <w:sz w:val="21"/>
        </w:rPr>
        <w:t>x &lt; −3.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6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−2x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10.</w:t>
        <w:tab/>
      </w:r>
      <w:r>
        <w:rPr>
          <w:rFonts w:ascii="Arial" w:hAnsi="Arial"/>
          <w:sz w:val="21"/>
        </w:rPr>
        <w:t>a и b действительные, a² = b².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a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b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11.</w:t>
        <w:tab/>
      </w:r>
      <w:r>
        <w:rPr>
          <w:rFonts w:ascii="Arial" w:hAnsi="Arial"/>
          <w:sz w:val="21"/>
        </w:rPr>
        <w:t>n — натуральное число.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Остаток n + 5 при делении на 3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2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12.</w:t>
        <w:tab/>
      </w:r>
      <w:r>
        <w:rPr>
          <w:rFonts w:ascii="Arial" w:hAnsi="Arial"/>
          <w:sz w:val="21"/>
        </w:rPr>
        <w:t>n — натуральное число.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Остаток n² при делении на 4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0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Пробник 2 · Сравнения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30 минут на раздел · Задания 13–18</w:t>
      </w:r>
    </w:p>
    <w:p>
      <w:pPr>
        <w:widowControl/>
        <w:spacing w:before="0" w:after="200" w:line="276" w:lineRule="auto"/>
        <w:ind w:left="0"/>
      </w:pPr>
      <w:r>
        <w:rPr>
          <w:rFonts w:ascii="Arial" w:hAnsi="Arial"/>
          <w:b w:val="0"/>
          <w:color w:val="000000"/>
          <w:sz w:val="18"/>
        </w:rPr>
        <w:t>A — больше А   B — больше В   C — равны   D — недостаточно информации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13.</w:t>
        <w:tab/>
      </w:r>
      <w:r>
        <w:rPr>
          <w:rFonts w:ascii="Arial" w:hAnsi="Arial"/>
          <w:sz w:val="21"/>
        </w:rPr>
        <w:t>p — простое число.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Остаток p при делении на 2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1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14.</w:t>
        <w:tab/>
      </w:r>
      <w:r>
        <w:rPr>
          <w:rFonts w:ascii="Arial" w:hAnsi="Arial"/>
          <w:sz w:val="21"/>
        </w:rPr>
        <w:t>a — натуральное число, делящееся на 3.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НОД(a; 6)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6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15.</w:t>
        <w:tab/>
      </w:r>
      <w:r>
        <w:rPr>
          <w:rFonts w:ascii="Arial" w:hAnsi="Arial"/>
          <w:sz w:val="21"/>
        </w:rPr>
        <w:t>Сравните значения в колонках.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Число двузначных кратных 8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Число двузначных кратных 9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16.</w:t>
        <w:tab/>
      </w:r>
      <w:r>
        <w:rPr>
          <w:rFonts w:ascii="Arial" w:hAnsi="Arial"/>
          <w:sz w:val="21"/>
        </w:rPr>
        <w:t>Сравните значения в колонках.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1/21 + 1/42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1/13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17.</w:t>
        <w:tab/>
      </w:r>
      <w:r>
        <w:rPr>
          <w:rFonts w:ascii="Arial" w:hAnsi="Arial"/>
          <w:sz w:val="21"/>
        </w:rPr>
        <w:t>Сравните значения в колонках.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(7/8) : (7/9)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1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18.</w:t>
        <w:tab/>
      </w:r>
      <w:r>
        <w:rPr>
          <w:rFonts w:ascii="Arial" w:hAnsi="Arial"/>
          <w:sz w:val="21"/>
        </w:rPr>
        <w:t>a &gt; 0.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a : 0,8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a · 1,2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Пробник 2 · Сравнения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30 минут на раздел · Задания 19–22</w:t>
      </w:r>
    </w:p>
    <w:p>
      <w:pPr>
        <w:widowControl/>
        <w:spacing w:before="0" w:after="200" w:line="276" w:lineRule="auto"/>
        <w:ind w:left="0"/>
      </w:pPr>
      <w:r>
        <w:rPr>
          <w:rFonts w:ascii="Arial" w:hAnsi="Arial"/>
          <w:b w:val="0"/>
          <w:color w:val="000000"/>
          <w:sz w:val="18"/>
        </w:rPr>
        <w:t>A — больше А   B — больше В   C — равны   D — недостаточно информации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19.</w:t>
        <w:tab/>
      </w:r>
      <w:r>
        <w:rPr>
          <w:rFonts w:ascii="Arial" w:hAnsi="Arial"/>
          <w:sz w:val="21"/>
        </w:rPr>
        <w:t>Сравните значения в колонках.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0,999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1 − 1/10 000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20.</w:t>
        <w:tab/>
      </w:r>
      <w:r>
        <w:rPr>
          <w:rFonts w:ascii="Arial" w:hAnsi="Arial"/>
          <w:sz w:val="21"/>
        </w:rPr>
        <w:t>Сравните значения в колонках.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1/2 − 1/3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1/3 − 1/4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21.</w:t>
        <w:tab/>
      </w:r>
      <w:r>
        <w:rPr>
          <w:rFonts w:ascii="Arial" w:hAnsi="Arial"/>
          <w:sz w:val="21"/>
        </w:rPr>
        <w:t>Используйте диаграмму выдачи книг.</w:t>
      </w:r>
    </w:p>
    <w:p>
      <w:pPr>
        <w:keepNext/>
        <w:spacing w:after="200"/>
        <w:jc w:val="center"/>
      </w:pPr>
      <w:r>
        <w:drawing>
          <wp:inline xmlns:a="http://schemas.openxmlformats.org/drawingml/2006/main" xmlns:pic="http://schemas.openxmlformats.org/drawingml/2006/picture">
            <wp:extent cx="5740400" cy="2009139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rs2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2009139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Среднее за понедельник и вторник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Число книг в среду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22.</w:t>
        <w:tab/>
      </w:r>
      <w:r>
        <w:rPr>
          <w:rFonts w:ascii="Arial" w:hAnsi="Arial"/>
          <w:sz w:val="21"/>
        </w:rPr>
        <w:t>Исходные цены двух товаров положительны и неизвестны.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Цена первого после роста на 25%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Цена второго после скидки 20%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Пробник 2 · Сравнения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30 минут на раздел · Задания 23–28</w:t>
      </w:r>
    </w:p>
    <w:p>
      <w:pPr>
        <w:widowControl/>
        <w:spacing w:before="0" w:after="200" w:line="276" w:lineRule="auto"/>
        <w:ind w:left="0"/>
      </w:pPr>
      <w:r>
        <w:rPr>
          <w:rFonts w:ascii="Arial" w:hAnsi="Arial"/>
          <w:b w:val="0"/>
          <w:color w:val="000000"/>
          <w:sz w:val="18"/>
        </w:rPr>
        <w:t>A — больше А   B — больше В   C — равны   D — недостаточно информации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23.</w:t>
        <w:tab/>
      </w:r>
      <w:r>
        <w:rPr>
          <w:rFonts w:ascii="Arial" w:hAnsi="Arial"/>
          <w:sz w:val="21"/>
        </w:rPr>
        <w:t>0 &lt; a &lt; b.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(a + b)/b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5/3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24.</w:t>
        <w:tab/>
      </w:r>
      <w:r>
        <w:rPr>
          <w:rFonts w:ascii="Arial" w:hAnsi="Arial"/>
          <w:sz w:val="21"/>
        </w:rPr>
        <w:t>Численность выросла с 40 до 50, затем с 50 до 60.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Первое увеличение в процентах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Второе увеличение в процентах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25.</w:t>
        <w:tab/>
      </w:r>
      <w:r>
        <w:rPr>
          <w:rFonts w:ascii="Arial" w:hAnsi="Arial"/>
          <w:sz w:val="21"/>
        </w:rPr>
        <w:t>В раствор соли добавили только воду, масса соли положительна.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Новая массовая доля соли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Старая массовая доля соли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26.</w:t>
        <w:tab/>
      </w:r>
      <w:r>
        <w:rPr>
          <w:rFonts w:ascii="Arial" w:hAnsi="Arial"/>
          <w:sz w:val="21"/>
        </w:rPr>
        <w:t>a составляет 80% положительного b.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b − a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25% от a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27.</w:t>
        <w:tab/>
      </w:r>
      <w:r>
        <w:rPr>
          <w:rFonts w:ascii="Arial" w:hAnsi="Arial"/>
          <w:sz w:val="21"/>
        </w:rPr>
        <w:t>Цены двух товаров равны и положительны.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Скидка после двух снижений по 10%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Скидка после одного снижения на 20%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28.</w:t>
        <w:tab/>
      </w:r>
      <w:r>
        <w:rPr>
          <w:rFonts w:ascii="Arial" w:hAnsi="Arial"/>
          <w:sz w:val="21"/>
        </w:rPr>
        <w:t>Сравните значения в колонках.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Число, увеличенное с 12 до 15, в процентах от исходного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125%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Пробник 2 · Сравнения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30 минут на раздел · Задания 29–32</w:t>
      </w:r>
    </w:p>
    <w:p>
      <w:pPr>
        <w:widowControl/>
        <w:spacing w:before="0" w:after="200" w:line="276" w:lineRule="auto"/>
        <w:ind w:left="0"/>
      </w:pPr>
      <w:r>
        <w:rPr>
          <w:rFonts w:ascii="Arial" w:hAnsi="Arial"/>
          <w:b w:val="0"/>
          <w:color w:val="000000"/>
          <w:sz w:val="18"/>
        </w:rPr>
        <w:t>A — больше А   B — больше В   C — равны   D — недостаточно информации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29.</w:t>
        <w:tab/>
      </w:r>
      <w:r>
        <w:rPr>
          <w:rFonts w:ascii="Arial" w:hAnsi="Arial"/>
          <w:sz w:val="21"/>
        </w:rPr>
        <w:t>a &gt; 0.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40% от 30% числа a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30% от 40% числа a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30.</w:t>
        <w:tab/>
      </w:r>
      <w:r>
        <w:rPr>
          <w:rFonts w:ascii="Arial" w:hAnsi="Arial"/>
          <w:sz w:val="21"/>
        </w:rPr>
        <w:t>Число a положительно; b = 1,5a.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Процент, на который b больше a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Процент, на который a меньше b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31.</w:t>
        <w:tab/>
      </w:r>
      <w:r>
        <w:rPr>
          <w:rFonts w:ascii="Arial" w:hAnsi="Arial"/>
          <w:sz w:val="21"/>
        </w:rPr>
        <w:t>Пути одинаковы; первая скорость в 1,5 раза больше второй.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Первое время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2/3 второго времени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32.</w:t>
        <w:tab/>
      </w:r>
      <w:r>
        <w:rPr>
          <w:rFonts w:ascii="Arial" w:hAnsi="Arial"/>
          <w:sz w:val="21"/>
        </w:rPr>
        <w:t>Два станка работают одно и то же положительное время. Первый выпускает в час на 3 детали больше.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Выпуск первого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Выпуск второго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Пробник 2 · Сравнения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30 минут на раздел · Задания 33–36</w:t>
      </w:r>
    </w:p>
    <w:p>
      <w:pPr>
        <w:widowControl/>
        <w:spacing w:before="0" w:after="200" w:line="276" w:lineRule="auto"/>
        <w:ind w:left="0"/>
      </w:pPr>
      <w:r>
        <w:rPr>
          <w:rFonts w:ascii="Arial" w:hAnsi="Arial"/>
          <w:b w:val="0"/>
          <w:color w:val="000000"/>
          <w:sz w:val="18"/>
        </w:rPr>
        <w:t>A — больше А   B — больше В   C — равны   D — недостаточно информации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33.</w:t>
        <w:tab/>
      </w:r>
      <w:r>
        <w:rPr>
          <w:rFonts w:ascii="Arial" w:hAnsi="Arial"/>
          <w:sz w:val="21"/>
        </w:rPr>
        <w:t>Используйте график движения.</w:t>
      </w:r>
    </w:p>
    <w:p>
      <w:pPr>
        <w:keepNext/>
        <w:spacing w:after="200"/>
        <w:jc w:val="center"/>
      </w:pPr>
      <w:r>
        <w:drawing>
          <wp:inline xmlns:a="http://schemas.openxmlformats.org/drawingml/2006/main" xmlns:pic="http://schemas.openxmlformats.org/drawingml/2006/picture">
            <wp:extent cx="5740400" cy="2009139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ourney2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2009139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Весь пройденный путь за 45 мин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Расстояние от дома в конце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34.</w:t>
        <w:tab/>
      </w:r>
      <w:r>
        <w:rPr>
          <w:rFonts w:ascii="Arial" w:hAnsi="Arial"/>
          <w:sz w:val="21"/>
        </w:rPr>
        <w:t>Половину пути едут 30 км/ч, половину 60 км/ч.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Средняя скорость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45 км/ч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35.</w:t>
        <w:tab/>
      </w:r>
      <w:r>
        <w:rPr>
          <w:rFonts w:ascii="Arial" w:hAnsi="Arial"/>
          <w:sz w:val="21"/>
        </w:rPr>
        <w:t>Сравните значения в колонках.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2 ч 18 мин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2,4 ч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36.</w:t>
        <w:tab/>
      </w:r>
      <w:r>
        <w:rPr>
          <w:rFonts w:ascii="Arial" w:hAnsi="Arial"/>
          <w:sz w:val="21"/>
        </w:rPr>
        <w:t>Сравните значения в колонках.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0,004 м³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4 л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Пробник 2 · Сравнения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30 минут на раздел · Задания 37–42</w:t>
      </w:r>
    </w:p>
    <w:p>
      <w:pPr>
        <w:widowControl/>
        <w:spacing w:before="0" w:after="200" w:line="276" w:lineRule="auto"/>
        <w:ind w:left="0"/>
      </w:pPr>
      <w:r>
        <w:rPr>
          <w:rFonts w:ascii="Arial" w:hAnsi="Arial"/>
          <w:b w:val="0"/>
          <w:color w:val="000000"/>
          <w:sz w:val="18"/>
        </w:rPr>
        <w:t>A — больше А   B — больше В   C — равны   D — недостаточно информации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37.</w:t>
        <w:tab/>
      </w:r>
      <w:r>
        <w:rPr>
          <w:rFonts w:ascii="Arial" w:hAnsi="Arial"/>
          <w:sz w:val="21"/>
        </w:rPr>
        <w:t>Сравните значения в колонках.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Площадь 3 дм²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Площадь 290 см²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38.</w:t>
        <w:tab/>
      </w:r>
      <w:r>
        <w:rPr>
          <w:rFonts w:ascii="Arial" w:hAnsi="Arial"/>
          <w:sz w:val="21"/>
        </w:rPr>
        <w:t>Три одинаковых работника работают 4 ч.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Их общий объём работы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Объём двух таких работников за 6 ч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39.</w:t>
        <w:tab/>
      </w:r>
      <w:r>
        <w:rPr>
          <w:rFonts w:ascii="Arial" w:hAnsi="Arial"/>
          <w:sz w:val="21"/>
        </w:rPr>
        <w:t>Каждая труба имеет постоянную производительность. Одна заполняет бак за 4 ч, другая за 12 ч.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Совместное время наполнения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3 ч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40.</w:t>
        <w:tab/>
      </w:r>
      <w:r>
        <w:rPr>
          <w:rFonts w:ascii="Arial" w:hAnsi="Arial"/>
          <w:sz w:val="21"/>
        </w:rPr>
        <w:t>Путь туда и обратно одинаков, скорости 40 и 80 км/ч.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Время пути туда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Половина времени обратного пути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41.</w:t>
        <w:tab/>
      </w:r>
      <w:r>
        <w:rPr>
          <w:rFonts w:ascii="Arial" w:hAnsi="Arial"/>
          <w:sz w:val="21"/>
        </w:rPr>
        <w:t>Положительные стороны прямоугольника имеют сумму 10 см.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Его площадь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25 см²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42.</w:t>
        <w:tab/>
      </w:r>
      <w:r>
        <w:rPr>
          <w:rFonts w:ascii="Arial" w:hAnsi="Arial"/>
          <w:sz w:val="21"/>
        </w:rPr>
        <w:t>У двух кругов радиусы 2 и 3 см.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Отношение площадей первого ко второму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2/3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Пробник 2 · Сравнения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30 минут на раздел · Задания 43–46</w:t>
      </w:r>
    </w:p>
    <w:p>
      <w:pPr>
        <w:widowControl/>
        <w:spacing w:before="0" w:after="200" w:line="276" w:lineRule="auto"/>
        <w:ind w:left="0"/>
      </w:pPr>
      <w:r>
        <w:rPr>
          <w:rFonts w:ascii="Arial" w:hAnsi="Arial"/>
          <w:b w:val="0"/>
          <w:color w:val="000000"/>
          <w:sz w:val="18"/>
        </w:rPr>
        <w:t>A — больше А   B — больше В   C — равны   D — недостаточно информации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43.</w:t>
        <w:tab/>
      </w:r>
      <w:r>
        <w:rPr>
          <w:rFonts w:ascii="Arial" w:hAnsi="Arial"/>
          <w:sz w:val="21"/>
        </w:rPr>
        <w:t>У куба все рёбра увеличили в 3 раза.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Коэффициент роста объёма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Коэффициент роста площади поверхности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44.</w:t>
        <w:tab/>
      </w:r>
      <w:r>
        <w:rPr>
          <w:rFonts w:ascii="Arial" w:hAnsi="Arial"/>
          <w:sz w:val="21"/>
        </w:rPr>
        <w:t>Диагональ делит прямоугольник на два треугольника.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Площадь первого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Площадь второго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45.</w:t>
        <w:tab/>
      </w:r>
      <w:r>
        <w:rPr>
          <w:rFonts w:ascii="Arial" w:hAnsi="Arial"/>
          <w:sz w:val="21"/>
        </w:rPr>
        <w:t>В треугольнике два угла равны 35° и 55°.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Третий угол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90°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46.</w:t>
        <w:tab/>
      </w:r>
      <w:r>
        <w:rPr>
          <w:rFonts w:ascii="Arial" w:hAnsi="Arial"/>
          <w:sz w:val="21"/>
        </w:rPr>
        <w:t>Периметры двух квадратов относятся как 2 : 3.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Отношение их площадей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4/9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Пробник 2 · Сравнения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30 минут на раздел · Задания 47–50</w:t>
      </w:r>
    </w:p>
    <w:p>
      <w:pPr>
        <w:widowControl/>
        <w:spacing w:before="0" w:after="200" w:line="276" w:lineRule="auto"/>
        <w:ind w:left="0"/>
      </w:pPr>
      <w:r>
        <w:rPr>
          <w:rFonts w:ascii="Arial" w:hAnsi="Arial"/>
          <w:b w:val="0"/>
          <w:color w:val="000000"/>
          <w:sz w:val="18"/>
        </w:rPr>
        <w:t>A — больше А   B — больше В   C — равны   D — недостаточно информации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47.</w:t>
        <w:tab/>
      </w:r>
      <w:r>
        <w:rPr>
          <w:rFonts w:ascii="Arial" w:hAnsi="Arial"/>
          <w:sz w:val="21"/>
        </w:rPr>
        <w:t>Используйте графики тарифов.</w:t>
      </w:r>
    </w:p>
    <w:p>
      <w:pPr>
        <w:keepNext/>
        <w:spacing w:after="200"/>
        <w:jc w:val="center"/>
      </w:pPr>
      <w:r>
        <w:drawing>
          <wp:inline xmlns:a="http://schemas.openxmlformats.org/drawingml/2006/main" xmlns:pic="http://schemas.openxmlformats.org/drawingml/2006/picture">
            <wp:extent cx="5740400" cy="2123948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ariffs2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2123948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Стоимость А при 10 км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Стоимость Б при 10 км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48.</w:t>
        <w:tab/>
      </w:r>
      <w:r>
        <w:rPr>
          <w:rFonts w:ascii="Arial" w:hAnsi="Arial"/>
          <w:sz w:val="21"/>
        </w:rPr>
        <w:t>Прямоугольник разделили диагональю.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Число получившихся треугольников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3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49.</w:t>
        <w:tab/>
      </w:r>
      <w:r>
        <w:rPr>
          <w:rFonts w:ascii="Arial" w:hAnsi="Arial"/>
          <w:sz w:val="21"/>
        </w:rPr>
        <w:t>У треугольников общая положительная высота, основания 8 и 12 см.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Сумма их площадей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Площадь треугольника с основанием 20 см и той же высотой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50.</w:t>
        <w:tab/>
      </w:r>
      <w:r>
        <w:rPr>
          <w:rFonts w:ascii="Arial" w:hAnsi="Arial"/>
          <w:sz w:val="21"/>
        </w:rPr>
        <w:t>Квадрат имеет сторону a &gt; 0.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Площадь квадрата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Периметр квадрата, делённый на 4 и возведённый в квадрат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Пробник 2 · Сравнения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30 минут на раздел · Задания 51–54</w:t>
      </w:r>
    </w:p>
    <w:p>
      <w:pPr>
        <w:widowControl/>
        <w:spacing w:before="0" w:after="200" w:line="276" w:lineRule="auto"/>
        <w:ind w:left="0"/>
      </w:pPr>
      <w:r>
        <w:rPr>
          <w:rFonts w:ascii="Arial" w:hAnsi="Arial"/>
          <w:b w:val="0"/>
          <w:color w:val="000000"/>
          <w:sz w:val="18"/>
        </w:rPr>
        <w:t>A — больше А   B — больше В   C — равны   D — недостаточно информации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51.</w:t>
        <w:tab/>
      </w:r>
      <w:r>
        <w:rPr>
          <w:rFonts w:ascii="Arial" w:hAnsi="Arial"/>
          <w:sz w:val="21"/>
        </w:rPr>
        <w:t>Среднее четырёх чисел 7. К ним добавили число 12.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Новое среднее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8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52.</w:t>
        <w:tab/>
      </w:r>
      <w:r>
        <w:rPr>
          <w:rFonts w:ascii="Arial" w:hAnsi="Arial"/>
          <w:sz w:val="21"/>
        </w:rPr>
        <w:t>Ширина рамки 2 см с каждой стороны.</w:t>
      </w:r>
    </w:p>
    <w:p>
      <w:pPr>
        <w:keepNext/>
        <w:spacing w:after="200"/>
        <w:jc w:val="center"/>
      </w:pPr>
      <w:r>
        <w:drawing>
          <wp:inline xmlns:a="http://schemas.openxmlformats.org/drawingml/2006/main" xmlns:pic="http://schemas.openxmlformats.org/drawingml/2006/picture">
            <wp:extent cx="5740400" cy="2009139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ame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2009139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Площадь рамки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Площадь белой части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53.</w:t>
        <w:tab/>
      </w:r>
      <w:r>
        <w:rPr>
          <w:rFonts w:ascii="Arial" w:hAnsi="Arial"/>
          <w:sz w:val="21"/>
        </w:rPr>
        <w:t>Каждое число списка увеличили вдвое и прибавили 3. Исходное среднее 6.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Новое среднее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15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54.</w:t>
        <w:tab/>
      </w:r>
      <w:r>
        <w:rPr>
          <w:rFonts w:ascii="Arial" w:hAnsi="Arial"/>
          <w:sz w:val="21"/>
        </w:rPr>
        <w:t>Упорядочены числа 2, 5, x, 9, 12.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Медиана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7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Пробник 2 · Сравнения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30 минут на раздел · Задания 55–60</w:t>
      </w:r>
    </w:p>
    <w:p>
      <w:pPr>
        <w:widowControl/>
        <w:spacing w:before="0" w:after="200" w:line="276" w:lineRule="auto"/>
        <w:ind w:left="0"/>
      </w:pPr>
      <w:r>
        <w:rPr>
          <w:rFonts w:ascii="Arial" w:hAnsi="Arial"/>
          <w:b w:val="0"/>
          <w:color w:val="000000"/>
          <w:sz w:val="18"/>
        </w:rPr>
        <w:t>A — больше А   B — больше В   C — равны   D — недостаточно информации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55.</w:t>
        <w:tab/>
      </w:r>
      <w:r>
        <w:rPr>
          <w:rFonts w:ascii="Arial" w:hAnsi="Arial"/>
          <w:sz w:val="21"/>
        </w:rPr>
        <w:t>В классе 28 учеников; 17 ходят в A, 16 в B.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Число посещающих оба кружка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4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56.</w:t>
        <w:tab/>
      </w:r>
      <w:r>
        <w:rPr>
          <w:rFonts w:ascii="Arial" w:hAnsi="Arial"/>
          <w:sz w:val="21"/>
        </w:rPr>
        <w:t>У 6 человек каждый играет с каждым один раз.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Число игр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Число способов выбрать 2 из 6 человек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57.</w:t>
        <w:tab/>
      </w:r>
      <w:r>
        <w:rPr>
          <w:rFonts w:ascii="Arial" w:hAnsi="Arial"/>
          <w:sz w:val="21"/>
        </w:rPr>
        <w:t>В мешке 3 белых и 5 чёрных шаров; один чёрный убрали.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Вероятность белого после удаления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Вероятность белого до удаления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58.</w:t>
        <w:tab/>
      </w:r>
      <w:r>
        <w:rPr>
          <w:rFonts w:ascii="Arial" w:hAnsi="Arial"/>
          <w:sz w:val="21"/>
        </w:rPr>
        <w:t>В списке ровно 7 чисел.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Медиана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Среднее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59.</w:t>
        <w:tab/>
      </w:r>
      <w:r>
        <w:rPr>
          <w:rFonts w:ascii="Arial" w:hAnsi="Arial"/>
          <w:sz w:val="21"/>
        </w:rPr>
        <w:t>a, b, c — последовательные целые в порядке возрастания.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a + c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2b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60.</w:t>
        <w:tab/>
      </w:r>
      <w:r>
        <w:rPr>
          <w:rFonts w:ascii="Arial" w:hAnsi="Arial"/>
          <w:sz w:val="21"/>
        </w:rPr>
        <w:t>Два натуральных числа имеют сумму 15.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Их наибольшее возможное произведение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56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Бланк ответов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Пробник 2 · Математика</w:t>
      </w:r>
    </w:p>
    <w:p>
      <w:pPr>
        <w:widowControl/>
        <w:spacing w:before="0" w:after="24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Имя __________________________   Дата ______________</w:t>
      </w:r>
    </w:p>
    <w:p>
      <w:pPr>
        <w:widowControl/>
        <w:spacing w:before="0" w:after="240" w:line="276" w:lineRule="auto"/>
        <w:ind w:left="0"/>
      </w:pPr>
      <w:r>
        <w:rPr>
          <w:rFonts w:ascii="Arial" w:hAnsi="Arial"/>
          <w:b w:val="0"/>
          <w:color w:val="000000"/>
          <w:sz w:val="19"/>
        </w:rPr>
        <w:t>Закрасьте одно поле рядом с выбранной буквой. Используйте чёрную шариковую ручку. Бланк учебный и не воспроизводит официальный лист НИШ.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696"/>
        <w:gridCol w:w="4277"/>
        <w:gridCol w:w="696"/>
        <w:gridCol w:w="4277"/>
      </w:tblGrid>
      <w:tr>
        <w:trPr>
          <w:cantSplit/>
        </w:trPr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17"/>
              </w:rPr>
              <w:t>№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17"/>
              </w:rPr>
              <w:t>Ответ</w:t>
            </w:r>
          </w:p>
        </w:tc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17"/>
              </w:rPr>
              <w:t>№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17"/>
              </w:rPr>
              <w:t>Ответ</w:t>
            </w:r>
          </w:p>
        </w:tc>
      </w:tr>
      <w:tr>
        <w:trPr>
          <w:cantSplit/>
        </w:trPr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21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2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22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3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23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24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5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25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26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7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27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28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9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29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10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30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11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31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12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32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13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33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14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34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15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35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16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36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17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37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18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38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19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39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20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40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200" w:line="276" w:lineRule="auto"/>
        <w:ind w:left="0"/>
      </w:pPr>
      <w:r>
        <w:rPr>
          <w:rFonts w:ascii="Arial" w:hAnsi="Arial"/>
          <w:b w:val="0"/>
          <w:color w:val="000000"/>
          <w:sz w:val="19"/>
        </w:rPr>
        <w:t>После проверки: верно ____ / 40; пропусков ____; ошибок чтения ____; метода ____; вычисления ____</w:t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Бланк ответов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Пробник 2 · Количественные характеристики</w:t>
      </w:r>
    </w:p>
    <w:p>
      <w:pPr>
        <w:widowControl/>
        <w:spacing w:before="0" w:after="24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Имя __________________________   Дата ______________</w:t>
      </w:r>
    </w:p>
    <w:p>
      <w:pPr>
        <w:widowControl/>
        <w:spacing w:before="0" w:after="240" w:line="276" w:lineRule="auto"/>
        <w:ind w:left="0"/>
      </w:pPr>
      <w:r>
        <w:rPr>
          <w:rFonts w:ascii="Arial" w:hAnsi="Arial"/>
          <w:b w:val="0"/>
          <w:color w:val="000000"/>
          <w:sz w:val="19"/>
        </w:rPr>
        <w:t>Закрасьте одно поле рядом с выбранной буквой. Используйте чёрную шариковую ручку. Бланк учебный и не воспроизводит официальный лист НИШ.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97"/>
        <w:gridCol w:w="2718"/>
        <w:gridCol w:w="597"/>
        <w:gridCol w:w="2718"/>
        <w:gridCol w:w="597"/>
        <w:gridCol w:w="2718"/>
      </w:tblGrid>
      <w:tr>
        <w:trPr>
          <w:cantSplit/>
        </w:trPr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17"/>
              </w:rPr>
              <w:t>№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17"/>
              </w:rPr>
              <w:t>Ответ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17"/>
              </w:rPr>
              <w:t>№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17"/>
              </w:rPr>
              <w:t>Ответ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17"/>
              </w:rPr>
              <w:t>№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17"/>
              </w:rPr>
              <w:t>Ответ</w:t>
            </w:r>
          </w:p>
        </w:tc>
      </w:tr>
      <w:tr>
        <w:trPr>
          <w:cantSplit/>
        </w:trPr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21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41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2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22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42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3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23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43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24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44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5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25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45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26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46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7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27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47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28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48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9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29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49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10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30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50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11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31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51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12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32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52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13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33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53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14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34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54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15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35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55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16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36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56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17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37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57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18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38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58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19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39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59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20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40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60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200" w:line="276" w:lineRule="auto"/>
        <w:ind w:left="0"/>
      </w:pPr>
      <w:r>
        <w:rPr>
          <w:rFonts w:ascii="Arial" w:hAnsi="Arial"/>
          <w:b w:val="0"/>
          <w:color w:val="000000"/>
          <w:sz w:val="19"/>
        </w:rPr>
        <w:t>После проверки: верно ____ / 60; пропусков ____; ошибок чтения ____; метода ____; вычисления ____</w:t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Пробник 3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Повышенная сложность</w:t>
      </w:r>
    </w:p>
    <w:p>
      <w:pPr>
        <w:widowControl/>
        <w:spacing w:before="0" w:after="140" w:line="276" w:lineRule="auto"/>
        <w:ind w:left="0"/>
      </w:pPr>
      <w:r>
        <w:rPr>
          <w:rFonts w:ascii="Arial" w:hAnsi="Arial"/>
          <w:b/>
          <w:color w:val="000000"/>
          <w:sz w:val="24"/>
        </w:rPr>
        <w:t>Подготовка</w:t>
      </w:r>
    </w:p>
    <w:p>
      <w:pPr>
        <w:widowControl/>
        <w:spacing w:before="0" w:after="36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Для заполнения бланка используйте шариковую ручку с чёрной пастой, не гелевую. Официальная памятка запрещает карандаши, корректирующие жидкости и зачёркивание ответов в листе [1]. Для реалистичной репетиции соблюдайте эти правила. Черновые вычисления делайте на свободных полях книги или отдельном листе при домашней работе.</w:t>
      </w:r>
    </w:p>
    <w:p>
      <w:pPr>
        <w:widowControl/>
        <w:spacing w:before="0" w:after="140" w:line="276" w:lineRule="auto"/>
        <w:ind w:left="0"/>
      </w:pPr>
      <w:r>
        <w:rPr>
          <w:rFonts w:ascii="Arial" w:hAnsi="Arial"/>
          <w:b/>
          <w:color w:val="000000"/>
          <w:sz w:val="24"/>
        </w:rPr>
        <w:t>Математика</w:t>
      </w:r>
    </w:p>
    <w:p>
      <w:pPr>
        <w:widowControl/>
        <w:spacing w:before="0" w:after="36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40 вопросов за 60 минут. Выберите один пробник ответа. Дополнительного времени на перенос ответов не закладывайте. Не используйте калькулятор, линейку или справочник.</w:t>
      </w:r>
    </w:p>
    <w:p>
      <w:pPr>
        <w:widowControl/>
        <w:spacing w:before="0" w:after="140" w:line="276" w:lineRule="auto"/>
        <w:ind w:left="0"/>
      </w:pPr>
      <w:r>
        <w:rPr>
          <w:rFonts w:ascii="Arial" w:hAnsi="Arial"/>
          <w:b/>
          <w:color w:val="000000"/>
          <w:sz w:val="24"/>
        </w:rPr>
        <w:t>Количественные характеристики</w:t>
      </w:r>
    </w:p>
    <w:p>
      <w:pPr>
        <w:widowControl/>
        <w:spacing w:before="0" w:after="36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60 сравнений за 30 минут. A — значение А больше; B — значение В больше; C — равенство обязательно; D — данных недостаточно для одного из трёх первых выводов. Один контрпример может опровергнуть A, B или C; для D приведите два разных допустимых исхода.</w:t>
      </w:r>
    </w:p>
    <w:p>
      <w:pPr>
        <w:widowControl/>
        <w:spacing w:before="0" w:after="140" w:line="276" w:lineRule="auto"/>
        <w:ind w:left="0"/>
      </w:pPr>
      <w:r>
        <w:rPr>
          <w:rFonts w:ascii="Arial" w:hAnsi="Arial"/>
          <w:b/>
          <w:color w:val="000000"/>
          <w:sz w:val="24"/>
        </w:rPr>
        <w:t>Учебный результат</w:t>
      </w:r>
    </w:p>
    <w:p>
      <w:pPr>
        <w:widowControl/>
        <w:spacing w:before="0" w:after="36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За верный ответ 1, за ошибку или пропуск 0. Получите отдельно число верных из 40 и из 60. Это учебная шкала без официальных весов. Не переводите её в вероятность поступления.</w:t>
      </w:r>
    </w:p>
    <w:p>
      <w:pPr>
        <w:widowControl/>
        <w:spacing w:before="0" w:after="140" w:line="276" w:lineRule="auto"/>
        <w:ind w:left="0"/>
      </w:pPr>
      <w:r>
        <w:rPr>
          <w:rFonts w:ascii="Arial" w:hAnsi="Arial"/>
          <w:b/>
          <w:color w:val="000000"/>
          <w:sz w:val="24"/>
        </w:rPr>
        <w:t>После выполнения</w:t>
      </w:r>
    </w:p>
    <w:p>
      <w:pPr>
        <w:widowControl/>
        <w:spacing w:before="0" w:after="36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Отметьте пропуски и причины ошибок: прочтение, метод, вычисления или время. Если задача с рисунком, проверьте единицы, начало шкалы и различие между пройденным путём и расстоянием от дома.</w:t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Пробник 3 · Математика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60 минут на раздел · Задания 1–4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1.</w:t>
        <w:tab/>
      </w:r>
      <w:r>
        <w:rPr>
          <w:rFonts w:ascii="Arial" w:hAnsi="Arial"/>
          <w:sz w:val="21"/>
        </w:rPr>
        <w:t>Какое наименьшее натуральное число при делении на 4, 6 и 9 даёт остаток 1 и при этом больше 100?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145</w:t>
        <w:tab/>
        <w:t>B)  105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109</w:t>
        <w:tab/>
        <w:t>D)  101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2.</w:t>
        <w:tab/>
      </w:r>
      <w:r>
        <w:rPr>
          <w:rFonts w:ascii="Arial" w:hAnsi="Arial"/>
          <w:sz w:val="21"/>
        </w:rPr>
        <w:t>Сколько натуральных делителей числа 72 являются нечётными?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2</w:t>
        <w:tab/>
        <w:t>B)  6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4</w:t>
        <w:tab/>
        <w:t>D)  3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3.</w:t>
        <w:tab/>
      </w:r>
      <w:r>
        <w:rPr>
          <w:rFonts w:ascii="Arial" w:hAnsi="Arial"/>
          <w:sz w:val="21"/>
        </w:rPr>
        <w:t>Найдите последнюю цифру числа 3 в двадцать пятой степени.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7</w:t>
        <w:tab/>
        <w:t>B)  9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1</w:t>
        <w:tab/>
        <w:t>D)  3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4.</w:t>
        <w:tab/>
      </w:r>
      <w:r>
        <w:rPr>
          <w:rFonts w:ascii="Arial" w:hAnsi="Arial"/>
          <w:sz w:val="21"/>
        </w:rPr>
        <w:t>Вычислите 1/(2 · 3) + 1/(3 · 4) + … + 1/(9 · 10).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2/5</w:t>
        <w:tab/>
        <w:t>B)  1/2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1/10</w:t>
        <w:tab/>
        <w:t>D)  4/5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Пробник 3 · Математика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60 минут на раздел · Задания 5–8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5.</w:t>
        <w:tab/>
      </w:r>
      <w:r>
        <w:rPr>
          <w:rFonts w:ascii="Arial" w:hAnsi="Arial"/>
          <w:sz w:val="21"/>
        </w:rPr>
        <w:t>Две дроби имеют сумму 7/6 и разность 1/3. Найдите меньшую.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1/3</w:t>
        <w:tab/>
        <w:t>B)  5/12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1/2</w:t>
        <w:tab/>
        <w:t>D)  3/4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6.</w:t>
        <w:tab/>
      </w:r>
      <w:r>
        <w:rPr>
          <w:rFonts w:ascii="Arial" w:hAnsi="Arial"/>
          <w:sz w:val="21"/>
        </w:rPr>
        <w:t>Бак заполнен на 3/8. После добавления 18 л он заполнен на 3/4. Какова вместимость бака?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48 л</w:t>
        <w:tab/>
        <w:t>B)  54 л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24 л</w:t>
        <w:tab/>
        <w:t>D)  36 л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7.</w:t>
        <w:tab/>
      </w:r>
      <w:r>
        <w:rPr>
          <w:rFonts w:ascii="Arial" w:hAnsi="Arial"/>
          <w:sz w:val="21"/>
        </w:rPr>
        <w:t>Содержание воды в 200 г свежего продукта 80%. После сушки оно стало 50%. Какова масса высушенного продукта?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40 г</w:t>
        <w:tab/>
        <w:t>B)  100 г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80 г</w:t>
        <w:tab/>
        <w:t>D)  125 г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8.</w:t>
        <w:tab/>
      </w:r>
      <w:r>
        <w:rPr>
          <w:rFonts w:ascii="Arial" w:hAnsi="Arial"/>
          <w:sz w:val="21"/>
        </w:rPr>
        <w:t>Число участников увеличилось на 20%, а затем уменьшилось на 25%. После этого их стало 54. Сколько было первоначально?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50</w:t>
        <w:tab/>
        <w:t>B)  72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64</w:t>
        <w:tab/>
        <w:t>D)  60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Пробник 3 · Математика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60 минут на раздел · Задания 9–12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9.</w:t>
        <w:tab/>
      </w:r>
      <w:r>
        <w:rPr>
          <w:rFonts w:ascii="Arial" w:hAnsi="Arial"/>
          <w:sz w:val="21"/>
        </w:rPr>
        <w:t>Два положительных числа относятся как 2 : 5. Если к каждому прибавить 6, отношение станет 1 : 2. Найдите сумму исходных чисел.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56</w:t>
        <w:tab/>
        <w:t>B)  35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21</w:t>
        <w:tab/>
        <w:t>D)  42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10.</w:t>
        <w:tab/>
      </w:r>
      <w:r>
        <w:rPr>
          <w:rFonts w:ascii="Arial" w:hAnsi="Arial"/>
          <w:sz w:val="21"/>
        </w:rPr>
        <w:t>Смешали 300 г 12%-го и 200 г 18%-го раствора соли. Какова массовая доля соли в смеси?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14,4%</w:t>
        <w:tab/>
        <w:t>B)  15%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16,2%</w:t>
        <w:tab/>
        <w:t>D)  14%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11.</w:t>
        <w:tab/>
      </w:r>
      <w:r>
        <w:rPr>
          <w:rFonts w:ascii="Arial" w:hAnsi="Arial"/>
          <w:sz w:val="21"/>
        </w:rPr>
        <w:t>Решите уравнение 0,4(5x − 3) = 1,5x + 2,8.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6</w:t>
        <w:tab/>
        <w:t>B)  4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10</w:t>
        <w:tab/>
        <w:t>D)  8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12.</w:t>
        <w:tab/>
      </w:r>
      <w:r>
        <w:rPr>
          <w:rFonts w:ascii="Arial" w:hAnsi="Arial"/>
          <w:sz w:val="21"/>
        </w:rPr>
        <w:t>Найдите сумму целых решений неравенства |x| ≤ 3 и x &gt; −2.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5</w:t>
        <w:tab/>
        <w:t>B)  0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3</w:t>
        <w:tab/>
        <w:t>D)  6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Пробник 3 · Математика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60 минут на раздел · Задания 13–15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13.</w:t>
        <w:tab/>
      </w:r>
      <w:r>
        <w:rPr>
          <w:rFonts w:ascii="Arial" w:hAnsi="Arial"/>
          <w:sz w:val="21"/>
        </w:rPr>
        <w:t>Уравнение |x − 5| = a имеет ровно одно действительное решение. Чему равно a?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5</w:t>
        <w:tab/>
        <w:t>B)  10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1</w:t>
        <w:tab/>
        <w:t>D)  0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14.</w:t>
        <w:tab/>
      </w:r>
      <w:r>
        <w:rPr>
          <w:rFonts w:ascii="Arial" w:hAnsi="Arial"/>
          <w:sz w:val="21"/>
        </w:rPr>
        <w:t>Найдите значение (a + b)² − (a − b)² при ab = 7.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21</w:t>
        <w:tab/>
        <w:t>B)  49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14</w:t>
        <w:tab/>
        <w:t>D)  28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15.</w:t>
        <w:tab/>
      </w:r>
      <w:r>
        <w:rPr>
          <w:rFonts w:ascii="Arial" w:hAnsi="Arial"/>
          <w:sz w:val="21"/>
        </w:rPr>
        <w:t>Два положительных числа имеют сумму 12 и произведение 35. Найдите сумму их квадратов.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49</w:t>
        <w:tab/>
        <w:t>B)  70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74</w:t>
        <w:tab/>
        <w:t>D)  109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Пробник 3 · Математика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60 минут на раздел · Задания 16–17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16.</w:t>
        <w:tab/>
      </w:r>
      <w:r>
        <w:rPr>
          <w:rFonts w:ascii="Arial" w:hAnsi="Arial"/>
          <w:sz w:val="21"/>
        </w:rPr>
        <w:t>По графику найдите, во сколько раз скорость после остановки больше скорости до остановки.</w:t>
      </w:r>
    </w:p>
    <w:p>
      <w:pPr>
        <w:keepNext/>
        <w:spacing w:after="200"/>
        <w:jc w:val="center"/>
      </w:pPr>
      <w:r>
        <w:drawing>
          <wp:inline xmlns:a="http://schemas.openxmlformats.org/drawingml/2006/main" xmlns:pic="http://schemas.openxmlformats.org/drawingml/2006/picture">
            <wp:extent cx="5740400" cy="2009139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ourney3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20091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6</w:t>
        <w:tab/>
        <w:t>B)  3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2</w:t>
        <w:tab/>
        <w:t>D)  4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17.</w:t>
        <w:tab/>
      </w:r>
      <w:r>
        <w:rPr>
          <w:rFonts w:ascii="Arial" w:hAnsi="Arial"/>
          <w:sz w:val="21"/>
        </w:rPr>
        <w:t>Поезд проходит мимо неподвижного наблюдателя за 12 с, а платформу длиной 240 м за 28 с. Найдите длину поезда.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120 м</w:t>
        <w:tab/>
        <w:t>B)  160 м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210 м</w:t>
        <w:tab/>
        <w:t>D)  180 м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Пробник 3 · Математика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60 минут на раздел · Задания 18–20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18.</w:t>
        <w:tab/>
      </w:r>
      <w:r>
        <w:rPr>
          <w:rFonts w:ascii="Arial" w:hAnsi="Arial"/>
          <w:sz w:val="21"/>
        </w:rPr>
        <w:t>Три одинаковых насоса заполняют бак за 8 ч. Первые 2 ч работают все три, затем остаются два. Через сколько часов от начала бак заполнится?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12 ч</w:t>
        <w:tab/>
        <w:t>B)  14 ч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10 ч</w:t>
        <w:tab/>
        <w:t>D)  11 ч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19.</w:t>
        <w:tab/>
      </w:r>
      <w:r>
        <w:rPr>
          <w:rFonts w:ascii="Arial" w:hAnsi="Arial"/>
          <w:sz w:val="21"/>
        </w:rPr>
        <w:t>Два рабочих вместе выполняют работу за 6 ч. Один работает вдвое производительнее другого. За сколько часов выполнит работу более медленный рабочий один?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18 ч</w:t>
        <w:tab/>
        <w:t>B)  24 ч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9 ч</w:t>
        <w:tab/>
        <w:t>D)  12 ч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20.</w:t>
        <w:tab/>
      </w:r>
      <w:r>
        <w:rPr>
          <w:rFonts w:ascii="Arial" w:hAnsi="Arial"/>
          <w:sz w:val="21"/>
        </w:rPr>
        <w:t>Катер прошёл 24 км по течению и 16 км против течения за 4 ч. Собственная скорость 10 км/ч; скорость течения положительна и меньше 10 км/ч. Найдите скорость течения.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3 км/ч</w:t>
        <w:tab/>
        <w:t>B)  4 км/ч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1 км/ч</w:t>
        <w:tab/>
        <w:t>D)  2 км/ч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Пробник 3 · Математика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60 минут на раздел · Задания 21–22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21.</w:t>
        <w:tab/>
      </w:r>
      <w:r>
        <w:rPr>
          <w:rFonts w:ascii="Arial" w:hAnsi="Arial"/>
          <w:sz w:val="21"/>
        </w:rPr>
        <w:t>На рисунке круг касается всех сторон квадрата. Найдите площадь закрашенной части при π = 3,14.</w:t>
      </w:r>
    </w:p>
    <w:p>
      <w:pPr>
        <w:keepNext/>
        <w:spacing w:after="200"/>
        <w:jc w:val="center"/>
      </w:pPr>
      <w:r>
        <w:drawing>
          <wp:inline xmlns:a="http://schemas.openxmlformats.org/drawingml/2006/main" xmlns:pic="http://schemas.openxmlformats.org/drawingml/2006/picture">
            <wp:extent cx="5740400" cy="2009139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ircle_square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20091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21,5 см²</w:t>
        <w:tab/>
        <w:t>B)  78,5 см²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31,4 см²</w:t>
        <w:tab/>
        <w:t>D)  18,6 см²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22.</w:t>
        <w:tab/>
      </w:r>
      <w:r>
        <w:rPr>
          <w:rFonts w:ascii="Arial" w:hAnsi="Arial"/>
          <w:sz w:val="21"/>
        </w:rPr>
        <w:t>Основание треугольника увеличили на 25%, а высоту к нему уменьшили на 20%. Как изменилась площадь?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Уменьшилась на 5%</w:t>
        <w:tab/>
        <w:t>B)  Выросла на 25%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Выросла на 5%</w:t>
        <w:tab/>
        <w:t>D)  Не изменилась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Пробник 3 · Математика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60 минут на раздел · Задания 23–26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23.</w:t>
        <w:tab/>
      </w:r>
      <w:r>
        <w:rPr>
          <w:rFonts w:ascii="Arial" w:hAnsi="Arial"/>
          <w:sz w:val="21"/>
        </w:rPr>
        <w:t>Из прямоугольного листа 18 × 12 см вырезали наибольшее число квадратов 3 × 3 см без наложений. Какова суммарная площадь квадратов?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204 см²</w:t>
        <w:tab/>
        <w:t>B)  198 см²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180 см²</w:t>
        <w:tab/>
        <w:t>D)  216 см²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24.</w:t>
        <w:tab/>
      </w:r>
      <w:r>
        <w:rPr>
          <w:rFonts w:ascii="Arial" w:hAnsi="Arial"/>
          <w:sz w:val="21"/>
        </w:rPr>
        <w:t>Из проволоки длиной 48 см сделали каркас куба, используя всю проволоку на 12 рёбер. Найдите объём куба.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64 см³</w:t>
        <w:tab/>
        <w:t>B)  16 см³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96 см³</w:t>
        <w:tab/>
        <w:t>D)  144 см³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25.</w:t>
        <w:tab/>
      </w:r>
      <w:r>
        <w:rPr>
          <w:rFonts w:ascii="Arial" w:hAnsi="Arial"/>
          <w:sz w:val="21"/>
        </w:rPr>
        <w:t>Длина на карте 6 см при масштабе 1 : 500 000. Какой будет длина того же маршрута на карте масштаба 1 : 200 000?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12 см</w:t>
        <w:tab/>
        <w:t>B)  2,4 см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24 см</w:t>
        <w:tab/>
        <w:t>D)  15 см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26.</w:t>
        <w:tab/>
      </w:r>
      <w:r>
        <w:rPr>
          <w:rFonts w:ascii="Arial" w:hAnsi="Arial"/>
          <w:sz w:val="21"/>
        </w:rPr>
        <w:t>Среднее 10 чисел равно 24. Среднее первых четырёх равно 18. Найдите среднее остальных шести.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28</w:t>
        <w:tab/>
        <w:t>B)  30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27</w:t>
        <w:tab/>
        <w:t>D)  26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Пробник 3 · Математика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60 минут на раздел · Задания 27–28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27.</w:t>
        <w:tab/>
      </w:r>
      <w:r>
        <w:rPr>
          <w:rFonts w:ascii="Arial" w:hAnsi="Arial"/>
          <w:sz w:val="21"/>
        </w:rPr>
        <w:t>На диаграмме показана выдача книг за четыре дня. Сколько книг надо выдать в пятницу, чтобы среднее за пять дней составило 28 книг?</w:t>
      </w:r>
    </w:p>
    <w:p>
      <w:pPr>
        <w:keepNext/>
        <w:spacing w:after="200"/>
        <w:jc w:val="center"/>
      </w:pPr>
      <w:r>
        <w:drawing>
          <wp:inline xmlns:a="http://schemas.openxmlformats.org/drawingml/2006/main" xmlns:pic="http://schemas.openxmlformats.org/drawingml/2006/picture">
            <wp:extent cx="5740400" cy="2009139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rs3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20091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25</w:t>
        <w:tab/>
        <w:t>B)  30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20</w:t>
        <w:tab/>
        <w:t>D)  15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28.</w:t>
        <w:tab/>
      </w:r>
      <w:r>
        <w:rPr>
          <w:rFonts w:ascii="Arial" w:hAnsi="Arial"/>
          <w:sz w:val="21"/>
        </w:rPr>
        <w:t>В группе 50 человек. Английский изучают 30, французский 22, оба языка 12. Сколько изучают ровно один язык?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16</w:t>
        <w:tab/>
        <w:t>B)  38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40</w:t>
        <w:tab/>
        <w:t>D)  28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Пробник 3 · Математика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60 минут на раздел · Задания 29–32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29.</w:t>
        <w:tab/>
      </w:r>
      <w:r>
        <w:rPr>
          <w:rFonts w:ascii="Arial" w:hAnsi="Arial"/>
          <w:sz w:val="21"/>
        </w:rPr>
        <w:t>Сколько разных упорядоченных пар натуральных чисел (a, b) удовлетворяют ab = 24?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6</w:t>
        <w:tab/>
        <w:t>B)  12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4</w:t>
        <w:tab/>
        <w:t>D)  8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30.</w:t>
        <w:tab/>
      </w:r>
      <w:r>
        <w:rPr>
          <w:rFonts w:ascii="Arial" w:hAnsi="Arial"/>
          <w:sz w:val="21"/>
        </w:rPr>
        <w:t>В коробке 3 белых и 2 чёрных шара. Случайно вынули два без возвращения. Какова вероятность, что оба белые?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9/25</w:t>
        <w:tab/>
        <w:t>B)  2/5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3/10</w:t>
        <w:tab/>
        <w:t>D)  1/5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31.</w:t>
        <w:tab/>
      </w:r>
      <w:r>
        <w:rPr>
          <w:rFonts w:ascii="Arial" w:hAnsi="Arial"/>
          <w:sz w:val="21"/>
        </w:rPr>
        <w:t>Сколько диагоналей имеет выпуклый восьмиугольник?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28</w:t>
        <w:tab/>
        <w:t>B)  16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24</w:t>
        <w:tab/>
        <w:t>D)  20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32.</w:t>
        <w:tab/>
      </w:r>
      <w:r>
        <w:rPr>
          <w:rFonts w:ascii="Arial" w:hAnsi="Arial"/>
          <w:sz w:val="21"/>
        </w:rPr>
        <w:t>В ряд выписаны числа от 1 до 100. Сколько раз среди них встречается цифра 7?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19</w:t>
        <w:tab/>
        <w:t>B)  20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21</w:t>
        <w:tab/>
        <w:t>D)  18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Пробник 3 · Математика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60 минут на раздел · Задания 33–36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33.</w:t>
        <w:tab/>
      </w:r>
      <w:r>
        <w:rPr>
          <w:rFonts w:ascii="Arial" w:hAnsi="Arial"/>
          <w:sz w:val="21"/>
        </w:rPr>
        <w:t>В последовательности a(1) = 1, a(n + 1) = a(n) + 2n. Найдите a(6).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30</w:t>
        <w:tab/>
        <w:t>B)  36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25</w:t>
        <w:tab/>
        <w:t>D)  31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34.</w:t>
        <w:tab/>
      </w:r>
      <w:r>
        <w:rPr>
          <w:rFonts w:ascii="Arial" w:hAnsi="Arial"/>
          <w:sz w:val="21"/>
        </w:rPr>
        <w:t>Лестницу из первого на четвёртый этаж проходят за 45 с при постоянной скорости. Сколько секунд понадобится от первого до восьмого этажа при одинаковой высоте этажей?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105 с</w:t>
        <w:tab/>
        <w:t>B)  100 с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90 с</w:t>
        <w:tab/>
        <w:t>D)  120 с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35.</w:t>
        <w:tab/>
      </w:r>
      <w:r>
        <w:rPr>
          <w:rFonts w:ascii="Arial" w:hAnsi="Arial"/>
          <w:sz w:val="21"/>
        </w:rPr>
        <w:t>Есть 12 одинаковых на вид монет, одна из них заведомо тяжелее. Какое минимальное число взвешиваний на чашечных весах гарантированно определит её?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2</w:t>
        <w:tab/>
        <w:t>B)  6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4</w:t>
        <w:tab/>
        <w:t>D)  3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36.</w:t>
        <w:tab/>
      </w:r>
      <w:r>
        <w:rPr>
          <w:rFonts w:ascii="Arial" w:hAnsi="Arial"/>
          <w:sz w:val="21"/>
        </w:rPr>
        <w:t>В классе каждый пожал руку каждому ровно один раз, всего было 45 рукопожатий. После ухода двух человек сколько рукопожатий было бы между оставшимися при том же правиле?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30</w:t>
        <w:tab/>
        <w:t>B)  28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21</w:t>
        <w:tab/>
        <w:t>D)  36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Пробник 3 · Математика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60 минут на раздел · Задания 37–38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37.</w:t>
        <w:tab/>
      </w:r>
      <w:r>
        <w:rPr>
          <w:rFonts w:ascii="Arial" w:hAnsi="Arial"/>
          <w:sz w:val="21"/>
        </w:rPr>
        <w:t>На складе коробки по 6 кг и по 9 кг. Всего 11 коробок массой 84 кг. Сколько коробок по 9 кг?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4</w:t>
        <w:tab/>
        <w:t>B)  5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7</w:t>
        <w:tab/>
        <w:t>D)  6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38.</w:t>
        <w:tab/>
      </w:r>
      <w:r>
        <w:rPr>
          <w:rFonts w:ascii="Arial" w:hAnsi="Arial"/>
          <w:sz w:val="21"/>
        </w:rPr>
        <w:t>Сколько различных значений может принимать сумма двух разных чисел, выбранных из 1, 2, 3, 4, 5?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10</w:t>
        <w:tab/>
        <w:t>B)  6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8</w:t>
        <w:tab/>
        <w:t>D)  7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Пробник 3 · Математика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60 минут на раздел · Задания 39–40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39.</w:t>
        <w:tab/>
      </w:r>
      <w:r>
        <w:rPr>
          <w:rFonts w:ascii="Arial" w:hAnsi="Arial"/>
          <w:sz w:val="21"/>
        </w:rPr>
        <w:t>Какое наименьшее целое число километров нужно проехать, чтобы тариф А оказался дешевле тарифа Б как минимум на 300 тенге? Используйте данные графика.</w:t>
      </w:r>
    </w:p>
    <w:p>
      <w:pPr>
        <w:keepNext/>
        <w:spacing w:after="200"/>
        <w:jc w:val="center"/>
      </w:pPr>
      <w:r>
        <w:drawing>
          <wp:inline xmlns:a="http://schemas.openxmlformats.org/drawingml/2006/main" xmlns:pic="http://schemas.openxmlformats.org/drawingml/2006/picture">
            <wp:extent cx="5740400" cy="2123948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ariffs3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21239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35</w:t>
        <w:tab/>
        <w:t>B)  30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20</w:t>
        <w:tab/>
        <w:t>D)  40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40.</w:t>
        <w:tab/>
      </w:r>
      <w:r>
        <w:rPr>
          <w:rFonts w:ascii="Arial" w:hAnsi="Arial"/>
          <w:sz w:val="21"/>
        </w:rPr>
        <w:t>Число N при делении на 7 даёт остаток 5. Какой остаток даст 3N + 4 при делении на 7?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A)  5</w:t>
        <w:tab/>
        <w:t>B)  6</w:t>
      </w:r>
    </w:p>
    <w:p>
      <w:pPr>
        <w:keepNext/>
        <w:widowControl/>
        <w:tabs>
          <w:tab w:pos="4643" w:val="left"/>
        </w:tabs>
        <w:spacing w:before="0" w:after="120" w:line="276" w:lineRule="auto"/>
        <w:ind w:left="660"/>
      </w:pPr>
      <w:r>
        <w:rPr>
          <w:rFonts w:ascii="Arial" w:hAnsi="Arial"/>
          <w:b w:val="0"/>
          <w:color w:val="000000"/>
          <w:sz w:val="20"/>
        </w:rPr>
      </w:r>
      <w:r>
        <w:rPr>
          <w:rFonts w:ascii="Arial" w:hAnsi="Arial"/>
          <w:sz w:val="20"/>
        </w:rPr>
        <w:t>C)  2</w:t>
        <w:tab/>
        <w:t>D)  1</w:t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0" w:line="380" w:lineRule="exact"/>
        <w:ind w:left="660"/>
        <w:pBdr>
          <w:bottom w:val="single" w:sz="3" w:color="D9E2E6"/>
          <w:between w:val="single" w:sz="3" w:color="D9E2E6"/>
        </w:pBdr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Пробник 3 · Сравнения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30 минут на раздел · Задания 1–6</w:t>
      </w:r>
    </w:p>
    <w:p>
      <w:pPr>
        <w:widowControl/>
        <w:spacing w:before="0" w:after="200" w:line="276" w:lineRule="auto"/>
        <w:ind w:left="0"/>
      </w:pPr>
      <w:r>
        <w:rPr>
          <w:rFonts w:ascii="Arial" w:hAnsi="Arial"/>
          <w:b w:val="0"/>
          <w:color w:val="000000"/>
          <w:sz w:val="18"/>
        </w:rPr>
        <w:t>A — больше А   B — больше В   C — равны   D — недостаточно информации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1.</w:t>
        <w:tab/>
      </w:r>
      <w:r>
        <w:rPr>
          <w:rFonts w:ascii="Arial" w:hAnsi="Arial"/>
          <w:sz w:val="21"/>
        </w:rPr>
        <w:t>x &gt; y &gt; 0.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x/y + y/x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2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2.</w:t>
        <w:tab/>
      </w:r>
      <w:r>
        <w:rPr>
          <w:rFonts w:ascii="Arial" w:hAnsi="Arial"/>
          <w:sz w:val="21"/>
        </w:rPr>
        <w:t>x и y действительные, x ≠ 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(x − y)²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0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3.</w:t>
        <w:tab/>
      </w:r>
      <w:r>
        <w:rPr>
          <w:rFonts w:ascii="Arial" w:hAnsi="Arial"/>
          <w:sz w:val="21"/>
        </w:rPr>
        <w:t>x² &lt; x.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x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1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4.</w:t>
        <w:tab/>
      </w:r>
      <w:r>
        <w:rPr>
          <w:rFonts w:ascii="Arial" w:hAnsi="Arial"/>
          <w:sz w:val="21"/>
        </w:rPr>
        <w:t>x &lt; −1.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1/x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x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5.</w:t>
        <w:tab/>
      </w:r>
      <w:r>
        <w:rPr>
          <w:rFonts w:ascii="Arial" w:hAnsi="Arial"/>
          <w:sz w:val="21"/>
        </w:rPr>
        <w:t>x &gt; 0, y &gt; 0, xy = 1.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x + y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2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6.</w:t>
        <w:tab/>
      </w:r>
      <w:r>
        <w:rPr>
          <w:rFonts w:ascii="Arial" w:hAnsi="Arial"/>
          <w:sz w:val="21"/>
        </w:rPr>
        <w:t>a + b = 0.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a³ + b³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0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Пробник 3 · Сравнения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30 минут на раздел · Задания 7–12</w:t>
      </w:r>
    </w:p>
    <w:p>
      <w:pPr>
        <w:widowControl/>
        <w:spacing w:before="0" w:after="200" w:line="276" w:lineRule="auto"/>
        <w:ind w:left="0"/>
      </w:pPr>
      <w:r>
        <w:rPr>
          <w:rFonts w:ascii="Arial" w:hAnsi="Arial"/>
          <w:b w:val="0"/>
          <w:color w:val="000000"/>
          <w:sz w:val="18"/>
        </w:rPr>
        <w:t>A — больше А   B — больше В   C — равны   D — недостаточно информации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7.</w:t>
        <w:tab/>
      </w:r>
      <w:r>
        <w:rPr>
          <w:rFonts w:ascii="Arial" w:hAnsi="Arial"/>
          <w:sz w:val="21"/>
        </w:rPr>
        <w:t>x &gt; 1.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(x³ − 1)/(x − 1)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7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8.</w:t>
        <w:tab/>
      </w:r>
      <w:r>
        <w:rPr>
          <w:rFonts w:ascii="Arial" w:hAnsi="Arial"/>
          <w:sz w:val="21"/>
        </w:rPr>
        <w:t>x и y положительны, x + y = 6.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x² + y²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20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9.</w:t>
        <w:tab/>
      </w:r>
      <w:r>
        <w:rPr>
          <w:rFonts w:ascii="Arial" w:hAnsi="Arial"/>
          <w:sz w:val="21"/>
        </w:rPr>
        <w:t>a &gt; b.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−3a + 2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−3b + 2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10.</w:t>
        <w:tab/>
      </w:r>
      <w:r>
        <w:rPr>
          <w:rFonts w:ascii="Arial" w:hAnsi="Arial"/>
          <w:sz w:val="21"/>
        </w:rPr>
        <w:t>a и b ненулевые действительные; a/b = b/a.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a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b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11.</w:t>
        <w:tab/>
      </w:r>
      <w:r>
        <w:rPr>
          <w:rFonts w:ascii="Arial" w:hAnsi="Arial"/>
          <w:sz w:val="21"/>
        </w:rPr>
        <w:t>n — нечётное натуральное число.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Остаток n² при делении на 8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1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12.</w:t>
        <w:tab/>
      </w:r>
      <w:r>
        <w:rPr>
          <w:rFonts w:ascii="Arial" w:hAnsi="Arial"/>
          <w:sz w:val="21"/>
        </w:rPr>
        <w:t>n — натуральное число.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НОД(n; n + 2)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1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Пробник 3 · Сравнения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30 минут на раздел · Задания 13–18</w:t>
      </w:r>
    </w:p>
    <w:p>
      <w:pPr>
        <w:widowControl/>
        <w:spacing w:before="0" w:after="200" w:line="276" w:lineRule="auto"/>
        <w:ind w:left="0"/>
      </w:pPr>
      <w:r>
        <w:rPr>
          <w:rFonts w:ascii="Arial" w:hAnsi="Arial"/>
          <w:b w:val="0"/>
          <w:color w:val="000000"/>
          <w:sz w:val="18"/>
        </w:rPr>
        <w:t>A — больше А   B — больше В   C — равны   D — недостаточно информации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13.</w:t>
        <w:tab/>
      </w:r>
      <w:r>
        <w:rPr>
          <w:rFonts w:ascii="Arial" w:hAnsi="Arial"/>
          <w:sz w:val="21"/>
        </w:rPr>
        <w:t>n &gt; 1 — натуральное число.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НОК(n; 6)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12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14.</w:t>
        <w:tab/>
      </w:r>
      <w:r>
        <w:rPr>
          <w:rFonts w:ascii="Arial" w:hAnsi="Arial"/>
          <w:sz w:val="21"/>
        </w:rPr>
        <w:t>p — простое число, p &gt; 3.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Остаток p при делении на 3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1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15.</w:t>
        <w:tab/>
      </w:r>
      <w:r>
        <w:rPr>
          <w:rFonts w:ascii="Arial" w:hAnsi="Arial"/>
          <w:sz w:val="21"/>
        </w:rPr>
        <w:t>n — натуральное число.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Количество положительных делителей n²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2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16.</w:t>
        <w:tab/>
      </w:r>
      <w:r>
        <w:rPr>
          <w:rFonts w:ascii="Arial" w:hAnsi="Arial"/>
          <w:sz w:val="21"/>
        </w:rPr>
        <w:t>Сравните значения в колонках.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1/30 + 1/42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1/20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17.</w:t>
        <w:tab/>
      </w:r>
      <w:r>
        <w:rPr>
          <w:rFonts w:ascii="Arial" w:hAnsi="Arial"/>
          <w:sz w:val="21"/>
        </w:rPr>
        <w:t>a &gt; 0.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a/(a + 1)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(a + 1)/(a + 2)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18.</w:t>
        <w:tab/>
      </w:r>
      <w:r>
        <w:rPr>
          <w:rFonts w:ascii="Arial" w:hAnsi="Arial"/>
          <w:sz w:val="21"/>
        </w:rPr>
        <w:t>0 &lt; a &lt; b.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(a + 3)/(b + 3)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a/b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Пробник 3 · Сравнения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30 минут на раздел · Задания 19–24</w:t>
      </w:r>
    </w:p>
    <w:p>
      <w:pPr>
        <w:widowControl/>
        <w:spacing w:before="0" w:after="200" w:line="276" w:lineRule="auto"/>
        <w:ind w:left="0"/>
      </w:pPr>
      <w:r>
        <w:rPr>
          <w:rFonts w:ascii="Arial" w:hAnsi="Arial"/>
          <w:b w:val="0"/>
          <w:color w:val="000000"/>
          <w:sz w:val="18"/>
        </w:rPr>
        <w:t>A — больше А   B — больше В   C — равны   D — недостаточно информации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19.</w:t>
        <w:tab/>
      </w:r>
      <w:r>
        <w:rPr>
          <w:rFonts w:ascii="Arial" w:hAnsi="Arial"/>
          <w:sz w:val="21"/>
        </w:rPr>
        <w:t>a &gt; 1.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a − 1/a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0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20.</w:t>
        <w:tab/>
      </w:r>
      <w:r>
        <w:rPr>
          <w:rFonts w:ascii="Arial" w:hAnsi="Arial"/>
          <w:sz w:val="21"/>
        </w:rPr>
        <w:t>Сравните значения в колонках.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1/2 + 1/4 + 1/8 + 1/16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1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21.</w:t>
        <w:tab/>
      </w:r>
      <w:r>
        <w:rPr>
          <w:rFonts w:ascii="Arial" w:hAnsi="Arial"/>
          <w:sz w:val="21"/>
        </w:rPr>
        <w:t>a &gt; b &gt; 0.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20% от a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25% от b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22.</w:t>
        <w:tab/>
      </w:r>
      <w:r>
        <w:rPr>
          <w:rFonts w:ascii="Arial" w:hAnsi="Arial"/>
          <w:sz w:val="21"/>
        </w:rPr>
        <w:t>Первый раствор 10%-й, второй 30%-й. Масса первого не меньше массы второго; обе положительны.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Доля соли в смеси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20%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23.</w:t>
        <w:tab/>
      </w:r>
      <w:r>
        <w:rPr>
          <w:rFonts w:ascii="Arial" w:hAnsi="Arial"/>
          <w:sz w:val="21"/>
        </w:rPr>
        <w:t>Массы растворов положительны и неизвестны: первый 10%-й, второй 30%-й.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Доля соли в смеси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20%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24.</w:t>
        <w:tab/>
      </w:r>
      <w:r>
        <w:rPr>
          <w:rFonts w:ascii="Arial" w:hAnsi="Arial"/>
          <w:sz w:val="21"/>
        </w:rPr>
        <w:t>a &gt; 0.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a после роста на 50% и падения на 40%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89% от a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Пробник 3 · Сравнения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30 минут на раздел · Задания 25–28</w:t>
      </w:r>
    </w:p>
    <w:p>
      <w:pPr>
        <w:widowControl/>
        <w:spacing w:before="0" w:after="200" w:line="276" w:lineRule="auto"/>
        <w:ind w:left="0"/>
      </w:pPr>
      <w:r>
        <w:rPr>
          <w:rFonts w:ascii="Arial" w:hAnsi="Arial"/>
          <w:b w:val="0"/>
          <w:color w:val="000000"/>
          <w:sz w:val="18"/>
        </w:rPr>
        <w:t>A — больше А   B — больше В   C — равны   D — недостаточно информации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25.</w:t>
        <w:tab/>
      </w:r>
      <w:r>
        <w:rPr>
          <w:rFonts w:ascii="Arial" w:hAnsi="Arial"/>
          <w:sz w:val="21"/>
        </w:rPr>
        <w:t>Используйте рисунок; сторона квадрата 10 см. π = 3,14.</w:t>
      </w:r>
    </w:p>
    <w:p>
      <w:pPr>
        <w:keepNext/>
        <w:spacing w:after="200"/>
        <w:jc w:val="center"/>
      </w:pPr>
      <w:r>
        <w:drawing>
          <wp:inline xmlns:a="http://schemas.openxmlformats.org/drawingml/2006/main" xmlns:pic="http://schemas.openxmlformats.org/drawingml/2006/picture">
            <wp:extent cx="5740400" cy="2009139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ircle_square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2009139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Площадь закрашенной части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Пятая часть площади квадрата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26.</w:t>
        <w:tab/>
      </w:r>
      <w:r>
        <w:rPr>
          <w:rFonts w:ascii="Arial" w:hAnsi="Arial"/>
          <w:sz w:val="21"/>
        </w:rPr>
        <w:t>Число одинаковых работников увеличили на 25%. Производительность каждого снизилась на p%, где 0 ≤ p ≤ 20. Время одинаково.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Новый общий выпуск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Прежний общий выпуск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27.</w:t>
        <w:tab/>
      </w:r>
      <w:r>
        <w:rPr>
          <w:rFonts w:ascii="Arial" w:hAnsi="Arial"/>
          <w:sz w:val="21"/>
        </w:rPr>
        <w:t>x на 20% меньше положительного 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Процент, на который y больше x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20%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28.</w:t>
        <w:tab/>
      </w:r>
      <w:r>
        <w:rPr>
          <w:rFonts w:ascii="Arial" w:hAnsi="Arial"/>
          <w:sz w:val="21"/>
        </w:rPr>
        <w:t>a : b = 3 : 2, b : c = 4 : 5; числа положительны.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a/c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1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Пробник 3 · Сравнения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30 минут на раздел · Задания 29–32</w:t>
      </w:r>
    </w:p>
    <w:p>
      <w:pPr>
        <w:widowControl/>
        <w:spacing w:before="0" w:after="200" w:line="276" w:lineRule="auto"/>
        <w:ind w:left="0"/>
      </w:pPr>
      <w:r>
        <w:rPr>
          <w:rFonts w:ascii="Arial" w:hAnsi="Arial"/>
          <w:b w:val="0"/>
          <w:color w:val="000000"/>
          <w:sz w:val="18"/>
        </w:rPr>
        <w:t>A — больше А   B — больше В   C — равны   D — недостаточно информации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29.</w:t>
        <w:tab/>
      </w:r>
      <w:r>
        <w:rPr>
          <w:rFonts w:ascii="Arial" w:hAnsi="Arial"/>
          <w:sz w:val="21"/>
        </w:rPr>
        <w:t>Скидка на два одинаковых товара 20% каждый.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Общая скидка в процентах от общей исходной стоимости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40%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30.</w:t>
        <w:tab/>
      </w:r>
      <w:r>
        <w:rPr>
          <w:rFonts w:ascii="Arial" w:hAnsi="Arial"/>
          <w:sz w:val="21"/>
        </w:rPr>
        <w:t>Товар стоил 1000 тенге; теперь 800.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Нужный рост новой цены до прежней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30%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31.</w:t>
        <w:tab/>
      </w:r>
      <w:r>
        <w:rPr>
          <w:rFonts w:ascii="Arial" w:hAnsi="Arial"/>
          <w:sz w:val="21"/>
        </w:rPr>
        <w:t>Две половины пути пройдены со скоростями 20 и 60 км/ч.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Средняя скорость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30 км/ч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32.</w:t>
        <w:tab/>
      </w:r>
      <w:r>
        <w:rPr>
          <w:rFonts w:ascii="Arial" w:hAnsi="Arial"/>
          <w:sz w:val="21"/>
        </w:rPr>
        <w:t>Используйте график движения.</w:t>
      </w:r>
    </w:p>
    <w:p>
      <w:pPr>
        <w:keepNext/>
        <w:spacing w:after="200"/>
        <w:jc w:val="center"/>
      </w:pPr>
      <w:r>
        <w:drawing>
          <wp:inline xmlns:a="http://schemas.openxmlformats.org/drawingml/2006/main" xmlns:pic="http://schemas.openxmlformats.org/drawingml/2006/picture">
            <wp:extent cx="5740400" cy="2009139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ourney3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2009139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Скорость до остановки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Скорость после остановки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Пробник 3 · Сравнения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30 минут на раздел · Задания 33–38</w:t>
      </w:r>
    </w:p>
    <w:p>
      <w:pPr>
        <w:widowControl/>
        <w:spacing w:before="0" w:after="200" w:line="276" w:lineRule="auto"/>
        <w:ind w:left="0"/>
      </w:pPr>
      <w:r>
        <w:rPr>
          <w:rFonts w:ascii="Arial" w:hAnsi="Arial"/>
          <w:b w:val="0"/>
          <w:color w:val="000000"/>
          <w:sz w:val="18"/>
        </w:rPr>
        <w:t>A — больше А   B — больше В   C — равны   D — недостаточно информации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33.</w:t>
        <w:tab/>
      </w:r>
      <w:r>
        <w:rPr>
          <w:rFonts w:ascii="Arial" w:hAnsi="Arial"/>
          <w:sz w:val="21"/>
        </w:rPr>
        <w:t>Первая труба наполняет бак за 6 ч, вторая за 12 ч. Бак пустой.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Доля, заполненная вместе за 2 ч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3/5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34.</w:t>
        <w:tab/>
      </w:r>
      <w:r>
        <w:rPr>
          <w:rFonts w:ascii="Arial" w:hAnsi="Arial"/>
          <w:sz w:val="21"/>
        </w:rPr>
        <w:t>Мастер делает заказ за 5 ч, ученик за 10 ч.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Время совместной работы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3 ч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35.</w:t>
        <w:tab/>
      </w:r>
      <w:r>
        <w:rPr>
          <w:rFonts w:ascii="Arial" w:hAnsi="Arial"/>
          <w:sz w:val="21"/>
        </w:rPr>
        <w:t>Вода поступает со скоростью 5 л/мин, вытекает 2 л/мин. За рассматриваемые 20 мин ёмкость не переполняется, вода не заканчивается.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Прирост объёма за 20 мин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60 л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36.</w:t>
        <w:tab/>
      </w:r>
      <w:r>
        <w:rPr>
          <w:rFonts w:ascii="Arial" w:hAnsi="Arial"/>
          <w:sz w:val="21"/>
        </w:rPr>
        <w:t>Скорость первого больше скорости второго на 25%. Времена движения равны.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Отношение пройденных путей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6/5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37.</w:t>
        <w:tab/>
      </w:r>
      <w:r>
        <w:rPr>
          <w:rFonts w:ascii="Arial" w:hAnsi="Arial"/>
          <w:sz w:val="21"/>
        </w:rPr>
        <w:t>Скорость течения положительна и меньше собственной скорости лодки. Расстояния одинаковы.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Время по течению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Время против течения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38.</w:t>
        <w:tab/>
      </w:r>
      <w:r>
        <w:rPr>
          <w:rFonts w:ascii="Arial" w:hAnsi="Arial"/>
          <w:sz w:val="21"/>
        </w:rPr>
        <w:t>Один и тот же объём работы сравнивают для бригад из 6 и из n одинаковых работников, где n &gt; 6 — целое. Производительность каждого постоянна.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Время n работников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75% времени 6 работников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Пробник 3 · Сравнения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30 минут на раздел · Задания 39–42</w:t>
      </w:r>
    </w:p>
    <w:p>
      <w:pPr>
        <w:widowControl/>
        <w:spacing w:before="0" w:after="200" w:line="276" w:lineRule="auto"/>
        <w:ind w:left="0"/>
      </w:pPr>
      <w:r>
        <w:rPr>
          <w:rFonts w:ascii="Arial" w:hAnsi="Arial"/>
          <w:b w:val="0"/>
          <w:color w:val="000000"/>
          <w:sz w:val="18"/>
        </w:rPr>
        <w:t>A — больше А   B — больше В   C — равны   D — недостаточно информации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39.</w:t>
        <w:tab/>
      </w:r>
      <w:r>
        <w:rPr>
          <w:rFonts w:ascii="Arial" w:hAnsi="Arial"/>
          <w:sz w:val="21"/>
        </w:rPr>
        <w:t>Сравните значения в колонках.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1,2 м³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120 000 см³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40.</w:t>
        <w:tab/>
      </w:r>
      <w:r>
        <w:rPr>
          <w:rFonts w:ascii="Arial" w:hAnsi="Arial"/>
          <w:sz w:val="21"/>
        </w:rPr>
        <w:t>Сравните значения в колонках.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5 м/с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19 км/ч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41.</w:t>
        <w:tab/>
      </w:r>
      <w:r>
        <w:rPr>
          <w:rFonts w:ascii="Arial" w:hAnsi="Arial"/>
          <w:sz w:val="21"/>
        </w:rPr>
        <w:t>Прямоугольник имеет периметр 20 см и не является квадратом.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Его площадь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25 см²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42.</w:t>
        <w:tab/>
      </w:r>
      <w:r>
        <w:rPr>
          <w:rFonts w:ascii="Arial" w:hAnsi="Arial"/>
          <w:sz w:val="21"/>
        </w:rPr>
        <w:t>Радиусы двух кругов относятся как 2 : 5.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Отношение длин окружностей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2/5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Пробник 3 · Сравнения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30 минут на раздел · Задания 43–46</w:t>
      </w:r>
    </w:p>
    <w:p>
      <w:pPr>
        <w:widowControl/>
        <w:spacing w:before="0" w:after="200" w:line="276" w:lineRule="auto"/>
        <w:ind w:left="0"/>
      </w:pPr>
      <w:r>
        <w:rPr>
          <w:rFonts w:ascii="Arial" w:hAnsi="Arial"/>
          <w:b w:val="0"/>
          <w:color w:val="000000"/>
          <w:sz w:val="18"/>
        </w:rPr>
        <w:t>A — больше А   B — больше В   C — равны   D — недостаточно информации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43.</w:t>
        <w:tab/>
      </w:r>
      <w:r>
        <w:rPr>
          <w:rFonts w:ascii="Arial" w:hAnsi="Arial"/>
          <w:sz w:val="21"/>
        </w:rPr>
        <w:t>Используйте столбчатую диаграмму.</w:t>
      </w:r>
    </w:p>
    <w:p>
      <w:pPr>
        <w:keepNext/>
        <w:spacing w:after="200"/>
        <w:jc w:val="center"/>
      </w:pPr>
      <w:r>
        <w:drawing>
          <wp:inline xmlns:a="http://schemas.openxmlformats.org/drawingml/2006/main" xmlns:pic="http://schemas.openxmlformats.org/drawingml/2006/picture">
            <wp:extent cx="5740400" cy="2009139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rs3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2009139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Медиана четырёх значений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Среднее четырёх значений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44.</w:t>
        <w:tab/>
      </w:r>
      <w:r>
        <w:rPr>
          <w:rFonts w:ascii="Arial" w:hAnsi="Arial"/>
          <w:sz w:val="21"/>
        </w:rPr>
        <w:t>Куб разрезан на 8 равных кубиков.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Суммарная площадь поверхностей маленьких кубиков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Площадь поверхности исходного куба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45.</w:t>
        <w:tab/>
      </w:r>
      <w:r>
        <w:rPr>
          <w:rFonts w:ascii="Arial" w:hAnsi="Arial"/>
          <w:sz w:val="21"/>
        </w:rPr>
        <w:t>Два треугольника имеют одинаковые положительные площади. Высота первого вдвое больше высоты второго.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Основание первого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Половина основания второго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46.</w:t>
        <w:tab/>
      </w:r>
      <w:r>
        <w:rPr>
          <w:rFonts w:ascii="Arial" w:hAnsi="Arial"/>
          <w:sz w:val="21"/>
        </w:rPr>
        <w:t>У треугольника все стороны целые: две равны 4 и 7.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Наибольшая возможная третья сторона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10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Пробник 3 · Сравнения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30 минут на раздел · Задания 47–50</w:t>
      </w:r>
    </w:p>
    <w:p>
      <w:pPr>
        <w:widowControl/>
        <w:spacing w:before="0" w:after="200" w:line="276" w:lineRule="auto"/>
        <w:ind w:left="0"/>
      </w:pPr>
      <w:r>
        <w:rPr>
          <w:rFonts w:ascii="Arial" w:hAnsi="Arial"/>
          <w:b w:val="0"/>
          <w:color w:val="000000"/>
          <w:sz w:val="18"/>
        </w:rPr>
        <w:t>A — больше А   B — больше В   C — равны   D — недостаточно информации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47.</w:t>
        <w:tab/>
      </w:r>
      <w:r>
        <w:rPr>
          <w:rFonts w:ascii="Arial" w:hAnsi="Arial"/>
          <w:sz w:val="21"/>
        </w:rPr>
        <w:t>У треугольника две стороны 4 и 7 см; третья неизвестна.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Его периметр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18 см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48.</w:t>
        <w:tab/>
      </w:r>
      <w:r>
        <w:rPr>
          <w:rFonts w:ascii="Arial" w:hAnsi="Arial"/>
          <w:sz w:val="21"/>
        </w:rPr>
        <w:t>Высоты двух прямоугольных коробок равны, площади оснований одинаковы.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Объём первой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Объём второй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49.</w:t>
        <w:tab/>
      </w:r>
      <w:r>
        <w:rPr>
          <w:rFonts w:ascii="Arial" w:hAnsi="Arial"/>
          <w:sz w:val="21"/>
        </w:rPr>
        <w:t>На двух картах масштабы 1 : 1000 и 1 : 2000. Изображён один и тот же участок.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Площадь изображения на первой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Удвоенная площадь изображения на второй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50.</w:t>
        <w:tab/>
      </w:r>
      <w:r>
        <w:rPr>
          <w:rFonts w:ascii="Arial" w:hAnsi="Arial"/>
          <w:sz w:val="21"/>
        </w:rPr>
        <w:t>a &gt; 0.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Площадь прямоугольника со сторонами a и 4a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Площадь квадрата со стороной 2a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Пробник 3 · Сравнения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30 минут на раздел · Задания 51–54</w:t>
      </w:r>
    </w:p>
    <w:p>
      <w:pPr>
        <w:widowControl/>
        <w:spacing w:before="0" w:after="200" w:line="276" w:lineRule="auto"/>
        <w:ind w:left="0"/>
      </w:pPr>
      <w:r>
        <w:rPr>
          <w:rFonts w:ascii="Arial" w:hAnsi="Arial"/>
          <w:b w:val="0"/>
          <w:color w:val="000000"/>
          <w:sz w:val="18"/>
        </w:rPr>
        <w:t>A — больше А   B — больше В   C — равны   D — недостаточно информации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51.</w:t>
        <w:tab/>
      </w:r>
      <w:r>
        <w:rPr>
          <w:rFonts w:ascii="Arial" w:hAnsi="Arial"/>
          <w:sz w:val="21"/>
        </w:rPr>
        <w:t>Используйте графики тарифов.</w:t>
      </w:r>
    </w:p>
    <w:p>
      <w:pPr>
        <w:keepNext/>
        <w:spacing w:after="200"/>
        <w:jc w:val="center"/>
      </w:pPr>
      <w:r>
        <w:drawing>
          <wp:inline xmlns:a="http://schemas.openxmlformats.org/drawingml/2006/main" xmlns:pic="http://schemas.openxmlformats.org/drawingml/2006/picture">
            <wp:extent cx="5740400" cy="2123948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ariffs3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2123948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Стоимость А при 30 км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Стоимость Б при 30 км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52.</w:t>
        <w:tab/>
      </w:r>
      <w:r>
        <w:rPr>
          <w:rFonts w:ascii="Arial" w:hAnsi="Arial"/>
          <w:sz w:val="21"/>
        </w:rPr>
        <w:t>Сумма чисел списка положительна. К списку добавили ноль.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Новое среднее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Прежнее среднее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53.</w:t>
        <w:tab/>
      </w:r>
      <w:r>
        <w:rPr>
          <w:rFonts w:ascii="Arial" w:hAnsi="Arial"/>
          <w:sz w:val="21"/>
        </w:rPr>
        <w:t>К каждому числу списка прибавили 7.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Увеличение медианы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Увеличение среднего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54.</w:t>
        <w:tab/>
      </w:r>
      <w:r>
        <w:rPr>
          <w:rFonts w:ascii="Arial" w:hAnsi="Arial"/>
          <w:sz w:val="21"/>
        </w:rPr>
        <w:t>В классе 25 человек, в кружке A — 18, в кружке B — 16.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Наименьшее возможное число посещающих оба кружка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9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Пробник 3 · Сравнения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30 минут на раздел · Задания 55–60</w:t>
      </w:r>
    </w:p>
    <w:p>
      <w:pPr>
        <w:widowControl/>
        <w:spacing w:before="0" w:after="200" w:line="276" w:lineRule="auto"/>
        <w:ind w:left="0"/>
      </w:pPr>
      <w:r>
        <w:rPr>
          <w:rFonts w:ascii="Arial" w:hAnsi="Arial"/>
          <w:b w:val="0"/>
          <w:color w:val="000000"/>
          <w:sz w:val="18"/>
        </w:rPr>
        <w:t>A — больше А   B — больше В   C — равны   D — недостаточно информации</w:t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55.</w:t>
        <w:tab/>
      </w:r>
      <w:r>
        <w:rPr>
          <w:rFonts w:ascii="Arial" w:hAnsi="Arial"/>
          <w:sz w:val="21"/>
        </w:rPr>
        <w:t>В мешке белых шаров вдвое больше, чем чёрных; оба цвета есть.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Вероятность выбрать белый шар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2/3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56.</w:t>
        <w:tab/>
      </w:r>
      <w:r>
        <w:rPr>
          <w:rFonts w:ascii="Arial" w:hAnsi="Arial"/>
          <w:sz w:val="21"/>
        </w:rPr>
        <w:t>Из 4 разных предметов выбирают 2.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Число упорядоченных выборов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Удвоенное число неупорядоченных выборов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57.</w:t>
        <w:tab/>
      </w:r>
      <w:r>
        <w:rPr>
          <w:rFonts w:ascii="Arial" w:hAnsi="Arial"/>
          <w:sz w:val="21"/>
        </w:rPr>
        <w:t>n — натуральное число.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n(n + 1)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n² + 1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58.</w:t>
        <w:tab/>
      </w:r>
      <w:r>
        <w:rPr>
          <w:rFonts w:ascii="Arial" w:hAnsi="Arial"/>
          <w:sz w:val="21"/>
        </w:rPr>
        <w:t>Три разные положительные целые числа имеют сумму 12.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Наименьшее из них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4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59.</w:t>
        <w:tab/>
      </w:r>
      <w:r>
        <w:rPr>
          <w:rFonts w:ascii="Arial" w:hAnsi="Arial"/>
          <w:sz w:val="21"/>
        </w:rPr>
        <w:t>В выборке 5 чисел. Наибольшее увеличили на 10, остальные не меняли.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Изменение среднего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2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keepNext/>
        <w:widowControl/>
        <w:tabs>
          <w:tab w:pos="660" w:val="left"/>
        </w:tabs>
        <w:spacing w:before="0" w:after="160" w:line="276" w:lineRule="auto"/>
        <w:ind w:left="660" w:hanging="660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127A78"/>
          <w:sz w:val="26"/>
        </w:rPr>
        <w:t>60.</w:t>
        <w:tab/>
      </w:r>
      <w:r>
        <w:rPr>
          <w:rFonts w:ascii="Arial" w:hAnsi="Arial"/>
          <w:sz w:val="21"/>
        </w:rPr>
        <w:t>a и b — целые; a + b нечётно.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А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Колонка В</w:t>
            </w:r>
          </w:p>
        </w:tc>
      </w:tr>
      <w:tr>
        <w:trPr>
          <w:cantSplit/>
        </w:trPr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Остаток ab при делении на 2</w:t>
            </w:r>
          </w:p>
        </w:tc>
        <w:tc>
          <w:tcPr>
            <w:tcW w:type="dxa" w:w="4973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0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4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Бланк ответов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Пробник 3 · Математика</w:t>
      </w:r>
    </w:p>
    <w:p>
      <w:pPr>
        <w:widowControl/>
        <w:spacing w:before="0" w:after="24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Имя __________________________   Дата ______________</w:t>
      </w:r>
    </w:p>
    <w:p>
      <w:pPr>
        <w:widowControl/>
        <w:spacing w:before="0" w:after="240" w:line="276" w:lineRule="auto"/>
        <w:ind w:left="0"/>
      </w:pPr>
      <w:r>
        <w:rPr>
          <w:rFonts w:ascii="Arial" w:hAnsi="Arial"/>
          <w:b w:val="0"/>
          <w:color w:val="000000"/>
          <w:sz w:val="19"/>
        </w:rPr>
        <w:t>Закрасьте одно поле рядом с выбранной буквой. Используйте чёрную шариковую ручку. Бланк учебный и не воспроизводит официальный лист НИШ.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696"/>
        <w:gridCol w:w="4277"/>
        <w:gridCol w:w="696"/>
        <w:gridCol w:w="4277"/>
      </w:tblGrid>
      <w:tr>
        <w:trPr>
          <w:cantSplit/>
        </w:trPr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17"/>
              </w:rPr>
              <w:t>№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17"/>
              </w:rPr>
              <w:t>Ответ</w:t>
            </w:r>
          </w:p>
        </w:tc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17"/>
              </w:rPr>
              <w:t>№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17"/>
              </w:rPr>
              <w:t>Ответ</w:t>
            </w:r>
          </w:p>
        </w:tc>
      </w:tr>
      <w:tr>
        <w:trPr>
          <w:cantSplit/>
        </w:trPr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21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2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22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3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23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24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5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25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26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7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27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28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9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29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10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30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11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31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12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32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13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33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14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34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15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35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16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36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17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37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18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38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19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39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20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696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40</w:t>
            </w:r>
          </w:p>
        </w:tc>
        <w:tc>
          <w:tcPr>
            <w:tcW w:type="dxa" w:w="427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200" w:line="276" w:lineRule="auto"/>
        <w:ind w:left="0"/>
      </w:pPr>
      <w:r>
        <w:rPr>
          <w:rFonts w:ascii="Arial" w:hAnsi="Arial"/>
          <w:b w:val="0"/>
          <w:color w:val="000000"/>
          <w:sz w:val="19"/>
        </w:rPr>
        <w:t>После проверки: верно ____ / 40; пропусков ____; ошибок чтения ____; метода ____; вычисления ____</w:t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Бланк ответов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Пробник 3 · Количественные характеристики</w:t>
      </w:r>
    </w:p>
    <w:p>
      <w:pPr>
        <w:widowControl/>
        <w:spacing w:before="0" w:after="24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Имя __________________________   Дата ______________</w:t>
      </w:r>
    </w:p>
    <w:p>
      <w:pPr>
        <w:widowControl/>
        <w:spacing w:before="0" w:after="240" w:line="276" w:lineRule="auto"/>
        <w:ind w:left="0"/>
      </w:pPr>
      <w:r>
        <w:rPr>
          <w:rFonts w:ascii="Arial" w:hAnsi="Arial"/>
          <w:b w:val="0"/>
          <w:color w:val="000000"/>
          <w:sz w:val="19"/>
        </w:rPr>
        <w:t>Закрасьте одно поле рядом с выбранной буквой. Используйте чёрную шариковую ручку. Бланк учебный и не воспроизводит официальный лист НИШ.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97"/>
        <w:gridCol w:w="2718"/>
        <w:gridCol w:w="597"/>
        <w:gridCol w:w="2718"/>
        <w:gridCol w:w="597"/>
        <w:gridCol w:w="2718"/>
      </w:tblGrid>
      <w:tr>
        <w:trPr>
          <w:cantSplit/>
        </w:trPr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17"/>
              </w:rPr>
              <w:t>№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17"/>
              </w:rPr>
              <w:t>Ответ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17"/>
              </w:rPr>
              <w:t>№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17"/>
              </w:rPr>
              <w:t>Ответ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17"/>
              </w:rPr>
              <w:t>№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17"/>
              </w:rPr>
              <w:t>Ответ</w:t>
            </w:r>
          </w:p>
        </w:tc>
      </w:tr>
      <w:tr>
        <w:trPr>
          <w:cantSplit/>
        </w:trPr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21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41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2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22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42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3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23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43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24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44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5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25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45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26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46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7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27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47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28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48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9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29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49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10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30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50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11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31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51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12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32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52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13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33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53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14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34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54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15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35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55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16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36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56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17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37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57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18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38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58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19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39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59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  <w:tr>
        <w:trPr>
          <w:cantSplit/>
        </w:trPr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20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40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  <w:tc>
          <w:tcPr>
            <w:tcW w:type="dxa" w:w="597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60</w:t>
            </w:r>
          </w:p>
        </w:tc>
        <w:tc>
          <w:tcPr>
            <w:tcW w:type="dxa" w:w="2718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A[ ]  B[ ]  C[ ]  D[ ]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200" w:line="276" w:lineRule="auto"/>
        <w:ind w:left="0"/>
      </w:pPr>
      <w:r>
        <w:rPr>
          <w:rFonts w:ascii="Arial" w:hAnsi="Arial"/>
          <w:b w:val="0"/>
          <w:color w:val="000000"/>
          <w:sz w:val="19"/>
        </w:rPr>
        <w:t>После проверки: верно ____ / 60; пропусков ____; ошибок чтения ____; метода ____; вычисления ____</w:t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Ответы к тематической практике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Задания 1–90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193"/>
        <w:gridCol w:w="1293"/>
        <w:gridCol w:w="1193"/>
        <w:gridCol w:w="1293"/>
        <w:gridCol w:w="1193"/>
        <w:gridCol w:w="1293"/>
        <w:gridCol w:w="1193"/>
        <w:gridCol w:w="1293"/>
      </w:tblGrid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№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Ответ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№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Ответ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№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Ответ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№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Ответ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24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47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70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2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B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25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B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48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71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3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26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49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72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B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4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27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B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50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73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5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28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51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74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6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B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29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B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52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75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B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7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30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B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53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B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76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8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31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54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77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9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32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55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78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B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10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33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B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56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79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11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34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57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B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80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12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35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58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81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B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13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B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36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59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82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B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14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B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37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B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60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83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15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38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B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61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84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16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39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B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62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85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B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17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40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63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86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18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41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64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B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87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19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42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65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B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88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20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B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43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66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89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21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B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44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67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B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90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22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45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68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23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46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69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Ответы к тематической практике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Задания 91–180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193"/>
        <w:gridCol w:w="1293"/>
        <w:gridCol w:w="1193"/>
        <w:gridCol w:w="1293"/>
        <w:gridCol w:w="1193"/>
        <w:gridCol w:w="1293"/>
        <w:gridCol w:w="1193"/>
        <w:gridCol w:w="1293"/>
      </w:tblGrid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№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Ответ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№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Ответ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№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Ответ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№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Ответ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91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B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114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137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160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92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115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138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161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93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116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139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162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94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117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140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163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B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95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118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141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B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164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96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119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142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165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97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120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143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166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98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121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B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144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167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99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122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145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168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100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B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123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B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146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169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101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124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147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170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102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125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148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171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B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103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126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149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172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104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127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B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150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173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105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128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151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174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B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106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B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129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152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175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107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B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130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153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176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B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108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B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131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B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154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177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109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132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155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178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110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133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156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179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B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111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134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157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180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112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135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158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113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136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159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Ответы к сложным задачам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Тематическая практика · Задания 181–220</w:t>
      </w:r>
    </w:p>
    <w:p>
      <w:pPr>
        <w:widowControl/>
        <w:spacing w:before="0" w:after="28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Математика 181–204. Сравнения величин 205–220.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193"/>
        <w:gridCol w:w="1293"/>
        <w:gridCol w:w="1193"/>
        <w:gridCol w:w="1293"/>
        <w:gridCol w:w="1193"/>
        <w:gridCol w:w="1293"/>
        <w:gridCol w:w="1193"/>
        <w:gridCol w:w="1293"/>
      </w:tblGrid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№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Ответ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№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Ответ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№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Ответ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№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Ответ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181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191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201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211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182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192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202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212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183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193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203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213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B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184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194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204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214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185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195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205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215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B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186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B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196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206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216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187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B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197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B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207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B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217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188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B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198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208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218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B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189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B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199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B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209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219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190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200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210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220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Ответы к пробнику 1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Проверьте раздел и номер задания</w:t>
      </w:r>
    </w:p>
    <w:p>
      <w:pPr>
        <w:widowControl/>
        <w:spacing w:before="0" w:after="180" w:line="276" w:lineRule="auto"/>
        <w:ind w:left="0"/>
      </w:pPr>
      <w:r>
        <w:rPr>
          <w:rFonts w:ascii="Arial" w:hAnsi="Arial"/>
          <w:b/>
          <w:color w:val="000000"/>
          <w:sz w:val="24"/>
        </w:rPr>
        <w:t>Математика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193"/>
        <w:gridCol w:w="1293"/>
        <w:gridCol w:w="1193"/>
        <w:gridCol w:w="1293"/>
        <w:gridCol w:w="1193"/>
        <w:gridCol w:w="1293"/>
        <w:gridCol w:w="1193"/>
        <w:gridCol w:w="1293"/>
      </w:tblGrid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№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Ответ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№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Ответ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№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Ответ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№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Ответ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B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11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21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31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2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12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B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22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B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32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B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3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13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23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33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4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B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14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24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34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5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15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25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35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6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16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26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36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7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17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B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27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B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37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8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18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28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B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38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B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9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19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B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29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39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10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20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30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40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80" w:line="276" w:lineRule="auto"/>
        <w:ind w:left="0"/>
      </w:pPr>
      <w:r>
        <w:rPr>
          <w:rFonts w:ascii="Arial" w:hAnsi="Arial"/>
          <w:b/>
          <w:color w:val="000000"/>
          <w:sz w:val="24"/>
        </w:rPr>
        <w:t>Количественные характеристики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193"/>
        <w:gridCol w:w="1293"/>
        <w:gridCol w:w="1193"/>
        <w:gridCol w:w="1293"/>
        <w:gridCol w:w="1193"/>
        <w:gridCol w:w="1293"/>
        <w:gridCol w:w="1193"/>
        <w:gridCol w:w="1293"/>
      </w:tblGrid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№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Ответ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№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Ответ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№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Ответ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№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Ответ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16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31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46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2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17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32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47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3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18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33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48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4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B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19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34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49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5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20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35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50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6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B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21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36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51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7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22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37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B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52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8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23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38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B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53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9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24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39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54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10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25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B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40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55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B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11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B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26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41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56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12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B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27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42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57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13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B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28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43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58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14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29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44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B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59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B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15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30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45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60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Ответы к пробнику 2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Проверьте раздел и номер задания</w:t>
      </w:r>
    </w:p>
    <w:p>
      <w:pPr>
        <w:widowControl/>
        <w:spacing w:before="0" w:after="180" w:line="276" w:lineRule="auto"/>
        <w:ind w:left="0"/>
      </w:pPr>
      <w:r>
        <w:rPr>
          <w:rFonts w:ascii="Arial" w:hAnsi="Arial"/>
          <w:b/>
          <w:color w:val="000000"/>
          <w:sz w:val="24"/>
        </w:rPr>
        <w:t>Математика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193"/>
        <w:gridCol w:w="1293"/>
        <w:gridCol w:w="1193"/>
        <w:gridCol w:w="1293"/>
        <w:gridCol w:w="1193"/>
        <w:gridCol w:w="1293"/>
        <w:gridCol w:w="1193"/>
        <w:gridCol w:w="1293"/>
      </w:tblGrid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№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Ответ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№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Ответ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№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Ответ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№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Ответ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11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21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31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2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12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22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32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3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13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23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33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4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14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24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B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34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5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15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25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35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B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6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16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B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26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36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7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17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27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37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8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18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28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B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38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B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9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19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29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39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10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20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30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40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80" w:line="276" w:lineRule="auto"/>
        <w:ind w:left="0"/>
      </w:pPr>
      <w:r>
        <w:rPr>
          <w:rFonts w:ascii="Arial" w:hAnsi="Arial"/>
          <w:b/>
          <w:color w:val="000000"/>
          <w:sz w:val="24"/>
        </w:rPr>
        <w:t>Количественные характеристики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193"/>
        <w:gridCol w:w="1293"/>
        <w:gridCol w:w="1193"/>
        <w:gridCol w:w="1293"/>
        <w:gridCol w:w="1193"/>
        <w:gridCol w:w="1293"/>
        <w:gridCol w:w="1193"/>
        <w:gridCol w:w="1293"/>
      </w:tblGrid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№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Ответ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№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Ответ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№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Ответ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№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Ответ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16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B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31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46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2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B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17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32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47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3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B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18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33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48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B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4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19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B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34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B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49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5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20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35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B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50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6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21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B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36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51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7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22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37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52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B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8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B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23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38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53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9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B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24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39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54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10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25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B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40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55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11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26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41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56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12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27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B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42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B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57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13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28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43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58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14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29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44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59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15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30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45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60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Ответы к пробнику 3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Проверьте раздел и номер задания</w:t>
      </w:r>
    </w:p>
    <w:p>
      <w:pPr>
        <w:widowControl/>
        <w:spacing w:before="0" w:after="180" w:line="276" w:lineRule="auto"/>
        <w:ind w:left="0"/>
      </w:pPr>
      <w:r>
        <w:rPr>
          <w:rFonts w:ascii="Arial" w:hAnsi="Arial"/>
          <w:b/>
          <w:color w:val="000000"/>
          <w:sz w:val="24"/>
        </w:rPr>
        <w:t>Математика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193"/>
        <w:gridCol w:w="1293"/>
        <w:gridCol w:w="1193"/>
        <w:gridCol w:w="1293"/>
        <w:gridCol w:w="1193"/>
        <w:gridCol w:w="1293"/>
        <w:gridCol w:w="1193"/>
        <w:gridCol w:w="1293"/>
      </w:tblGrid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№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Ответ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№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Ответ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№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Ответ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№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Ответ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11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21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31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2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12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22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32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B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3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13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23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33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4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14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24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34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5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B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15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25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35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6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16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26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36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B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7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17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27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37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8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18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28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38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9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19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29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39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10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20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30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40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180" w:line="276" w:lineRule="auto"/>
        <w:ind w:left="0"/>
      </w:pPr>
      <w:r>
        <w:rPr>
          <w:rFonts w:ascii="Arial" w:hAnsi="Arial"/>
          <w:b/>
          <w:color w:val="000000"/>
          <w:sz w:val="24"/>
        </w:rPr>
        <w:t>Количественные характеристики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193"/>
        <w:gridCol w:w="1293"/>
        <w:gridCol w:w="1193"/>
        <w:gridCol w:w="1293"/>
        <w:gridCol w:w="1193"/>
        <w:gridCol w:w="1293"/>
        <w:gridCol w:w="1193"/>
        <w:gridCol w:w="1293"/>
      </w:tblGrid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№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Ответ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№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Ответ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№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Ответ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№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Ответ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16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31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46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2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17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B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32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B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47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3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B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18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33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B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48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4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19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34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49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5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20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B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35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50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6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21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36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51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7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22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37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B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52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B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8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23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38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53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9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B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24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39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54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10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25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40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B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55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11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26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41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B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56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12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27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42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57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13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28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43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B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58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B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14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29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B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44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59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</w:tr>
      <w:tr>
        <w:trPr>
          <w:cantSplit/>
        </w:trPr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15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D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30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B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45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60</w:t>
            </w:r>
          </w:p>
        </w:tc>
        <w:tc>
          <w:tcPr>
            <w:tcW w:type="dxa" w:w="1293"/>
            <w:vAlign w:val="center"/>
            <w:tcMar>
              <w:left w:w="110" w:type="dxa"/>
              <w:right w:w="110" w:type="dxa"/>
              <w:top w:w="50" w:type="dxa"/>
              <w:bottom w:w="5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C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Решения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Тематическая практика · 1–10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1.  Ответ D · 150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Сначала 18 + 6 = 24. Затем 720 : 24 = 30 и 30 · 5 = 150.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2.  Ответ B · 42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84 = 2² · 3 · 7; 126 = 2 · 3² · 7. Общие множители дают 2 · 3 · 7 = 42.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3.  Ответ C · 09:42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НОК(14; 21) = 42. Прибавляем 42 минуты к 09:00.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4.  Ответ C · 36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Первое такое число 100, последнее 975. Их число: (975 − 100) : 25 + 1 = 36.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5.  Ответ D · 8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Сумма цифр равна 10 + a. Единственное кратное 9 от 10 до 19 равно 18, поэтому a = 8.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6.  Ответ B · 7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Число наборов равно НОД(96; 72) = 24. В наборе 96 : 24 + 72 : 24 = 4 + 3 = 7 бусин.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7.  Ответ D · 51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Число минус 3 кратно НОК(6; 8) = 24. Получаем 27, 51, 75… Первое больше 30 равно 51.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8.  Ответ D · 49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У 49 делители 1, 7, 49. У 21 и 35 их по четыре, у 27 тоже четыре.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9.  Ответ A · 1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Сумма равна 50 · 51 : 2 = 1275. Так как 1275 = 7 · 182 + 1, остаток равен 1.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10.  Ответ C · 14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Кратных 4: от 12 до 96, всего 22. Кратных одновременно 4 и 6, то есть 12: от 12 до 96, всего 8. Разность 22 − 8 = 14.</w:t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Решения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Тематическая практика · 11–20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11.  Ответ D · 32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Числа вида 5t + 2: 2, 7, 12, 17, 22, 27, 32. Первое с остатком 4 при делении на 7 равно 32.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12.  Ответ C · 24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360 = 2³ · 3² · 5. Для делителя независимо выбираем показатели: 4 · 3 · 2 = 24.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13.  Ответ B · 47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Пусть десятки a, единицы b. a + b = 11, 9(b − a) = 27. Получаем b − a = 3, a = 4, b = 7.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14.  Ответ B · 29/24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Общий знаменатель 24: 15/24 + 14/24 = 29/24.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15.  Ответ C · 1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Разность равна 9/12 − 2/12 = 7/12. Деление дроби на себя даёт 1.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16.  Ответ A · 1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2,4 · 0,35 = 0,84; 0,84 + 0,16 = 1.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17.  Ответ A · 0,6 &lt; 0,62 &lt; 5/8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5/8 = 0,625. Поэтому 0,600 &lt; 0,620 &lt; 0,625.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18.  Ответ D · 180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Прочитано 2/5 + 1/3 = 11/15. Осталось 4/15 книги. Всего 48 : (4/15) = 180 страниц.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19.  Ответ D · 1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2 1/3 = 7/3. Тогда (3/7) · (7/3) = 1.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20.  Ответ B · 0,45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После первого расхода осталось 0,75. Затем осталось 0,6 от этого: 0,75 · 0,6 = 0,45.</w:t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Решения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Тематическая практика · 21–30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21.  Ответ B · 7 и 8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47 = 6 · 7 + 5, значит 47/6 = 7 5/6.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22.  Ответ D · 40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Сумма равна 2. Делить на 0,05 значит умножить на 20: ответ 40.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23.  Ответ D · 1/2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Вычтем разность из суммы: 5/6 − 1/6 = 4/6. Меньшее равно 2/6, большее 3/6 = 1/2.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24.  Ответ A · 56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Перед вторым участником было (20 + 4) : (2/3) = 36 наклеек. Перед первым: (36 + 6) : (3/4) = 56.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25.  Ответ B · 19/20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1/[n(n + 1)] = 1/n − 1/(n + 1). В сумме сокращаются все промежуточные слагаемые: 1 − 1/20.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26.  Ответ D · 2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Допустимые числители 1, 5, 7, 11. Сумма (1 + 5 + 7 + 11)/12 = 2.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27.  Ответ B · 63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350 · 18/100 = 63.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28.  Ответ D · 8000 тенге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6400 составляет 80% прежней цены. 6400 : 0,8 = 8000.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29.  Ответ B · 32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Всего 12 долей. Одна доля равна 96 : 12 = 8, зелёных 4 · 8 = 32.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30.  Ответ B · 11 880 тенге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12 000 · 1,1 · 0,9 = 11 880. Итог на 1% меньше исходной цены.</w:t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Решения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Тематическая практика · 31–40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31.  Ответ A · 4,5 м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На модель 1,8 : 6 = 0,3 м; на 15 моделей 0,3 · 15 = 4,5 м.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32.  Ответ C · 10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Объём равен 8 · 15 = 120 станко-часам. Время 120 : 12 = 10 часов.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33.  Ответ B · 3,6 км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7,2 · 50 000 = 360 000 см = 3,6 км.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34.  Ответ C · 10%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Соли 250 · 0,12 = 30 г. Новая масса 300 г; доля 30/300 = 10%.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35.  Ответ C · 20%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a = 1,25b. Разность 0,25b составляет 0,25b/(1,25b) = 0,2 от a.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36.  Ответ A · 15%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Прирост равен 36. Делим на исходные 240: 36 : 240 · 100% = 15%.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37.  Ответ B · 4 л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Соли было 6 условных литров при одинаковой трактовке объёмной доли. После замены: 0,3(20 − x) = 0,24 · 20, откуда x = 4. Здесь проценты заданы как объёмная доля.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38.  Ответ B · 400 г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Пусть масса второго x. 0,10(600 − x) + 0,25x = 120; 0,15x = 60, x = 400 г.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39.  Ответ B · 200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Первое равно 0,6 · 0,75 = 0,45 третьего. Разность составляет 0,55 третьего; 110 : 0,55 = 200.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40.  Ответ C · 13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Переносим: 2x = 26, значит x = 13.</w:t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Решения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Тематическая практика · 41–50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41.  Ответ A · 19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3x − 12 + 2 = 2x + 9, поэтому x = 19.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42.  Ответ D · 24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Приведём к знаменателю 12: 5x/12 = 10. Отсюда x = 24.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43.  Ответ A · 5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3x &lt; 18, значит x &lt; 6. Наибольшее целое равно 5.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44.  Ответ C · 7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Подходят −2, −1, 0, 1, 2, 3, 4. Их сумма 7.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45.  Ответ D · 6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x − 3 = 5 или x − 3 = −5. Корни 8 и −2, их сумма 6.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46.  Ответ C · 11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(−2)² − 3 · (−2) + 1 = 4 + 6 + 1 = 11.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47.  Ответ C · 20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y = 14 − 5 = 9; 3 · 9 − 7 = 20.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48.  Ответ C · 31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Если во второй x, то в первой x + 8. Получаем 2x + 8 = 54, x = 23. В первой 31.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49.  Ответ C · 7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На данном промежутке выражение равно (x − 2) + (9 − x) = 7.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50.  Ответ D · 6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−7 &lt; 2x − 1 &lt; 7, поэтому −3 &lt; x &lt; 4. Целые: −2, −1, 0, 1, 2, 3.</w:t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Решения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Тематическая практика · 51–60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51.  Ответ A · 1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Между −1 и 2 сумма расстояний равна 3. Слева получаем 1 − 2x = 7, x = −3; справа 2x − 1 = 7, x = 4. Сумма 1.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52.  Ответ A · 3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После раскрытия скобок: (3 − a)x = 0. Для любого x равенство верно ровно при a = 3.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53.  Ответ B · 3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Скорость сближения 4 + 5 = 9 км/ч. Время 27 : 9 = 3 ч.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54.  Ответ D · 1,5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Отрыв сокращается на 8 км за час. 12 : 8 = 1,5 ч.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55.  Ответ D · 70 км/ч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Весь путь 210 км, всё время 3 ч. 210 : 3 = 70 км/ч.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56.  Ответ C · 4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Против течения скорость 14 − 2 = 12 км/ч. Время 48 : 12 = 4 ч.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57.  Ответ B · 6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За час они выполняют 1/8 + 1/24 = 1/6 заказа. Нужно 6 часов.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58.  Ответ A · 7,5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Производительность другого равна 1/5 − 1/15 = 2/15 бака в час. Время 15/2 = 7,5 ч.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59.  Ответ D · 48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Скорость 6 страниц в минуту. За 8 минут получим 48 страниц.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60.  Ответ D · 30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54 км/ч = 15 м/с. Поезду нужно пройти 150 + 300 = 450 м; 450 : 15 = 30 с.</w:t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Решения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Тематическая практика · 61–70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61.  Ответ A · 3 км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40 минут = 2/3 часа. Путь 4,5 · 2/3 = 3 км.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62.  Ответ D · 480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На одного работника в день приходится 450 : (5 · 6) = 15 деталей. Ответ 15 · 8 · 4 = 480.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63.  Ответ C · 48 км/ч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Для двух участков по s: v = 2s/(s/40 + s/60) = 48. Усреднять скорости напрямую нельзя: времена разные.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64.  Ответ B · 4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Общая производительность 1/6 + 1/8 − 1/24 = 1/4 бака в час, значит время 4 ч.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65.  Ответ B · 11:30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За полчаса первый уехал на 6 км. Относительная скорость 6 км/ч, на погоню нужен 1 час после 10:30.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66.  Ответ C · 126 см²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Сумма соседних сторон 23 см, вторая сторона 23 − 9 = 14 см. Площадь 9 · 14 = 126 см².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67.  Ответ B · 36 см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Сторона 9 см, поскольку 9² = 81. Периметр 4 · 9 = 36 см.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68.  Ответ C · 60 см²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Площадь равна 15 · 8 : 2 = 60 см².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69.  Ответ C · 120 см³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Объём равен произведению трёх измерений: 8 · 5 · 3 = 120 см³.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70.  Ответ A · 30 л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Объём 40 · 25 · 30 = 30 000 см³ = 30 л.</w:t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Решения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Тематическая практика · 71–80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71.  Ответ A · 140°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Сумма смежных углов 180°. В 9 долях 180°, одна доля 20°. Больший угол 7 · 20 = 140°.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72.  Ответ B · 65°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Сумма углов 180°. Третий угол 180 − 48 − 67 = 65°.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73.  Ответ C · 31,4 см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Длина окружности равна 2πr = 2 · 3,14 · 5 = 31,4 см.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74.  Ответ D · 44%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Новая площадь составляет 1,2² = 1,44 прежней. Прирост равен 44%.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75.  Ответ B · 104 см²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Из площади 120 см² вычитаем 16 см²: получаем 104 см².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76.  Ответ A · 112 см²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Внешний прямоугольник имеет размеры 18 × 14 см. Площадь дорожки 252 − 140 = 112 см².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77.  Ответ A · 6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По каждому ребру 3 кубика. Ровно одну внешнюю грань имеют центральные кубики шести граней: 6 · (3 − 2)² = 6.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78.  Ответ B · 28 см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Пары сторон: 1 и 48; 2 и 24; 3 и 16; 4 и 12; 6 и 8. Наименьший периметр 2(6 + 8) = 28.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79.  Ответ C · 14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Сумма четырёх чисел 40. Известные дают 26, поэтому x = 14.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80.  Ответ C · 9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Упорядочим: 4, 7, 9, 12, 15. Центральное число равно 9.</w:t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Решения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Тематическая практика · 81–90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81.  Ответ B · 66 2/3%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Прирост 12 билетов. Относительно понедельника это 12/18 = 2/3 = 66 2/3%.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82.  Ответ B · 3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Хотя бы один посещают 20 + 17 − 8 = 29 учеников. Не посещают 32 − 29 = 3.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83.  Ответ C · 12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К каждой из 4 обложек подходят 3 пружины. Число сочетаний 4 · 3 = 12.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84.  Ответ A · 12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Для десятков 4 выбора, для единиц остаётся 3. Всего 4 · 3 = 12.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85.  Ответ B · 3/10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Всего 10 шаров, благоприятных 3. Вероятность 3/10.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86.  Ответ A · 5,2 кг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Общая масса 3 · 4 + 2 · 7 = 26 кг. Средняя 26 : 5 = 5,2 кг.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87.  Ответ D · 1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Сумма выросла на 5, количество осталось 5. Среднее выросло на 5 : 5 = 1.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88.  Ответ D · 15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Каждому соответствуют 5 соперников: 6 · 5 = 30 участий. Одна игра учтена дважды, поэтому игр 15.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89.  Ответ C · 6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В объединении 22 + 18 + 15 − 10 − 8 − 7 + 4 = 34. Вне кружков 40 − 34 = 6.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90.  Ответ C · 30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Начальная сумма 90, сумма оставшихся 60. Удалённое число равно 30.</w:t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Решения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Тематическая практика · 91–100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91.  Ответ B · 10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Последняя цифра 0: 3 · 2 = 6 вариантов. Последняя 2: первая 3 или 5, вторая из двух оставшихся — 4 варианта. Всего 10.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92.  Ответ A · 84 м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Между 13 фонарями 12 промежутков. Длина 12 · 7 = 84 м.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93.  Ответ D · 15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Первый разрез увеличивает число частей на 1. Чтобы из одной получить 16, нужно 15 разрезов.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94.  Ответ A · 36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Пусть у Тимура x, тогда у Айданы 2x. Из 2x − 9 = x + 9 получаем x = 18. У Айданы было 36.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95.  Ответ C · 33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Члены последовательно: 3, 5, 9, 17, 33.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96.  Ответ C · 11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В худшем случае сначала попадутся все 9 синих. Ещё 2 гарантируют два красных: всего 11.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97.  Ответ C · 4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38 + t = 3(10 + t). Отсюда 8 = 2t, t = 4.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98.  Ответ C · 4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Если бы все были двухколёсными, колёс было бы 20. Лишние 4 колеса дают 4 трёхколёсных самоката.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99.  Ответ C · 6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Для первой позиции 3 выбора, для второй 2, для третьей 1. Всего 3 · 2 · 1 = 6.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100.  Ответ B · А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Порядок однозначен: В, затем А, затем Б. Второе место у А.</w:t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Решения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Тематическая практика · 101–110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101.  Ответ C · 54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После первого вывоза осталось 2/3 запаса, после второго 1/3 исходного. Если это 18, исходно 54.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102.  Ответ D · 10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Нужны три шага вправо и два вверх. Выбираем места двух шагов вверх в пяти: 5 · 4 : 2 = 10.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103.  Ответ A · 3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Если наименьшее 4, минимальная сумма 4 + 5 + 6 + 7 = 22. При наименьшем 3 подходят 3, 4, 5, 8. Ответ 3.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104.  Ответ C · 2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Сравните две тройки. Если они равны, лёгкая в третьей; иначе в более лёгкой. Затем сравните две монеты из найденной тройки: равенство укажет на третью. Одно взвешивание имеет лишь три исхода и не различает 9 монет.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105.  Ответ C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Оба произведения равны 1200.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106.  Ответ B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Слева 0,478, справа 0,480. Больше колонка В.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107.  Ответ B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7 · 6 = 42, 5 · 9 = 45. Знаменатели положительны, поэтому первая дробь меньше.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108.  Ответ B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99 · 101 = (100 − 1)(100 + 1) = 9999 &lt; 10000.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109.  Ответ C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В первом отношении оба числа в 10 раз меньше второго; частные равны 30.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110.  Ответ C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Слева 8 + 3 = 11, справа |−11| = 11.</w:t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Решения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Тематическая практика · 111–120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111.  Ответ C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После сокращения произведение равно 1/2.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112.  Ответ A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1 : 0,4 = 2,5 &gt; 2,4.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113.  Ответ A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Разность квадратов равна (17 − 16)(17 + 16) = 33.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114.  Ответ A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Слева 9/12 = 0,75, справа 0,7.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115.  Ответ A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Из x &gt; 7 следует x + 2 &gt; 9.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116.  Ответ D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При x = 4 больше А, при x = 2 больше В. Оба значения разрешены.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117.  Ответ D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При x = 0 значения равны, при x = 1 больше А. Единого ответа A, B или C нет.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118.  Ответ A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Умножение положительного x на число меньше 1 уменьшает его: x² &lt; x.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119.  Ответ A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−x положительно, x отрицательно.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120.  Ответ D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Например, x = 8, y = 6 дают A, а x = 6, y = 8 дают B.</w:t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Решения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Тематическая практика · 121–130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121.  Ответ B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При положительных числах большему знаменателю соответствует меньшая обратная величина.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122.  Ответ C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Единственное целое x равно 3. Квадрат равен 9.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123.  Ответ B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Вычитание одинакового числа сохраняет строгий порядок.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124.  Ответ C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Любое ненулевое число, делённое на себя, равно 1.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125.  Ответ A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Слева 40, справа 36.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126.  Ответ C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Оба значения равны 36.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127.  Ответ B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Изменённое число равно 1,2 · 0,8a = 0,96a &lt; a.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128.  Ответ C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Пусть a = 3t, b = 5t. Обе величины равны 15t.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129.  Ответ D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При ценах 100 и 100 больше В; при ценах 1000 и 100 больше А.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130.  Ответ C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Обе величины равны 27.</w:t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Решения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Тематическая практика · 131–140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131.  Ответ B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Первое число 18 : 0,3 = 60, второе 14 : 0,2 = 70.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132.  Ответ A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Первый рост 20/80 = 25%, второй 20/100 = 20%.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133.  Ответ A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Умножаем a &gt; b на положительное 0,3. Порядок сохраняется.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134.  Ответ A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1/3 = 0,333… &gt; 0,33.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135.  Ответ C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1,75 · 60 = 105 минут.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136.  Ответ C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1 м² = 10 000 см², значит 2,3 м² = 23 000 см².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137.  Ответ A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3,5 л = 3500 см³ &gt; 3400 см³.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138.  Ответ A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72 км/ч = 20 м/с, это больше 19 м/с.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139.  Ответ C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Оба проходят 2 км: 6 · 20/60 = 8 · 15/60.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140.  Ответ A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При меньшей скорости на тот же путь нужно больше времени.</w:t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Решения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Тематическая практика · 141–150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141.  Ответ B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0,46 кг = 460 г, что больше 450 г.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142.  Ответ A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0,08 км = 80 м, 800 см = 8 м.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143.  Ответ A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2 суток 3 часа = 48 + 3 = 51 час.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144.  Ответ C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В обоих случаях 24 страницы.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145.  Ответ A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49 см² &gt; 48 см².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146.  Ответ A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2(4 + 9) = 26 см, 4 · 6 = 24 см.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147.  Ответ C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Площадь каждого равна половине произведения одинаковых основания и высоты.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148.  Ответ D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Стороны 1 и 11 дают 11 см², стороны 6 и 6 дают 36 см². Сравнения разные.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149.  Ответ C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Оба объёма равны 64 см³.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150.  Ответ C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У второго круга радиус тоже 3 см.</w:t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Решения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Тематическая практика · 151–160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151.  Ответ C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180° − 70° = 110°.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152.  Ответ C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Обе величины равны 8a.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153.  Ответ A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Слева 4a², справа 2a². Так как a² &gt; 0, больше А.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154.  Ответ D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При второй стороне 4 см площадь 32 см², при 10 см — 80 см².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155.  Ответ C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Сумма равна 4 · 9 = 36.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156.  Ответ A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Медиана 8, среднее 39/5 = 7,8.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157.  Ответ A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Прибавление 1 всегда увеличивает число.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158.  Ответ D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При n = 0 больше В, при n = 1 значения равны.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159.  Ответ A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Это −4, −3, …, 4: всего 9 чисел.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160.  Ответ C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НОК(6; 8) = 24; НОД(48; 72) = 24.</w:t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Решения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Тематическая практика · 161–170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161.  Ответ A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Сумма увеличилась на 5 · 3 = 15, среднее на 3.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162.  Ответ D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При a = 1, b = 8 произведение 8; при a = 4, b = 5 произведение 20.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163.  Ответ B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Число неупорядоченных пар: 5 · 4/2 = 10 и 6 · 5/2 = 15.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164.  Ответ C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Это само определение среднего арифметического двух чисел.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165.  Ответ C · 6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Между −4 и 2 три равных промежутка, шаг равен 2. P ещё на два шага правее 2, поэтому P = 6.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166.  Ответ C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Шаг равен 2, координата P равна 6.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167.  Ответ D · 50%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Во вторник 20 книг, в среду 30. Прирост 10 относительно 20, то есть 50%.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168.  Ответ C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12 + 20 = 32, как в четверг.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169.  Ответ A · 20 мин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Горизонтальный участок идёт от 20-й до 40-й минуты. Продолжительность остановки 20 минут.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170.  Ответ C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В обоих случаях прирост 2 км за 20 минут.</w:t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Решения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Тематическая практика · 171–180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171.  Ответ B · 66 см²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Внешний прямоугольник 12 × 8 имеет площадь 96. Вырезанный угол 6 × 5 имеет площадь 30. Осталось 66 см².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172.  Ответ A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Площадь фигуры 66 см², вырезанного угла 30 см².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173.  Ответ D · 3/8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Закрашен один маленький квадрат и половина другого: 1/4 + 1/8 = 3/8.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174.  Ответ B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Закрашено 3/8, не закрашено 5/8.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175.  Ответ C · 12 000 тенге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Транспорт занимает 15%, поэтому 80 000 · 0,15 = 12 000 тенге.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176.  Ответ B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Продукты 40%, транспорт и жильё вместе 15% + 30% = 45%.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177.  Ответ C · 12 см²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Основание AB равно 6 клеткам, высота 4 клеткам. Площадь 6 · 4/2 = 12 см².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178.  Ответ C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Основание 6 см и высота 4 см дают 12 см².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179.  Ответ B · 20 км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Графики пересекаются при x = 20 км. Обе цены в этой точке 1400 тенге.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180.  Ответ A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При 10 км тариф А стоит 1000, Б 700 тенге.</w:t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Решения сложных задач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Тематическая практика · 181–184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181.  Ответ A · 576 кг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После первого дня осталось 5/8 партии. Во второй день продали (1/3) · (5/8) = 5/24 всей партии. На третий день осталось 1 − 3/8 − 5/24 = 10/24. В первый день продали 9/24 партии, поэтому разница равна 1/24. Вся партия: 24 · 24 = 576 кг. Проверка: 216 + 120 + 240 = 576, а 240 − 216 = 24. Долю второго дня нужно брать от остатка.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182.  Ответ A · 11,25 %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Изначально соли 300 · 0,20 = 60 г. После первого добавления воды масса раствора 400 г. При отливании 100 г удаляется четверть раствора и четверть соли: 60/4 = 15 г. Остаётся 45 г соли. Второе добавление воды возвращает общую массу к 400 г, но соли не добавляет. Итоговая доля: 45/400 · 100 % = 11,25 %. Нельзя считать, что отлили только воду.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183.  Ответ A · 9 ч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За первый час заполнится 1/4 + 1/6 − 1/12 = 1/3 бассейна. После закрытия первой трубы вода прибывает со скоростью 1/6 − 1/12 = 1/12 бассейна в час. Для оставшихся 2/3 нужно (2/3) : (1/12) = 8 ч. От начала пройдёт 1 + 8 = 9 ч. В ответе требуется всё время, включая первый час.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184.  Ответ D · 42 с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При прохождении столба поезд проходит расстояние, равное своей длине. На мосту к этому расстоянию добавляется 180 м, а ко времени — 24 − 12 = 12 с. Скорость равна 180/12 = 15 м/с. Длина поезда: 15 · 12 = 180 м. Для полного выхода из тоннеля нужно пройти 450 + 180 = 630 м. Время: 630/15 = 42 с.</w:t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Решения сложных задач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Тематическая практика · 185–188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185.  Ответ D · 285 тг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При сложении покупок получаем 12 тетрадей и 12 ручек за 5040 тг, значит тетрадь и ручка вместе стоят 420 тг. Разность покупок — две тетради вместо двух ручек — стоит 300 тг. Тетрадь дороже ручки на 150 тг. Поэтому тетрадь стоит (420 + 150)/2 = 285 тг, ручка — 135 тг. Проверка: 7 · 285 + 5 · 135 = 2670.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186.  Ответ B · 945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Последняя цифра — 5, поскольку число делится на 5 и нулей нет. При перестановке крайних цифр разность равна 99 · (первая цифра − последняя цифра). Поэтому первая цифра больше 5 на 396/99 = 4 и равна 9. Для делимости на 9 сумма 9 + 5 + средняя цифра должна делиться на 9. Подходит средняя цифра 4: сумма равна 18. Число 945, и 945 − 549 = 396.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187.  Ответ B · 119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Если прибавить 1, число будет делиться одновременно на 3, 4 и 5, то есть на их НОК 60. Поэтому возможные числа: 59, 119, 179, 239 и далее с шагом 60. Первое, кратное 7, — 119 = 7 · 17. Оно даёт остатки 2, 3 и 4 соответственно. Число 59 удовлетворяет трём условиям об остатках, но не делится на 7.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188.  Ответ B · 17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Всего нужно 7 шагов: 4 вправо и 3 вверх. Три места для шагов вверх можно выбрать 35 способами. Через (2; 1) ведут 3 пути из начала: один шаг вверх можно поставить на любое из трёх мест. Далее нужны 2 шага вправо и 2 вверх; их можно расположить 6 способами. Через запрещённую точку проходят 3 · 6 = 18 маршрутов. Разрешённых: 35 − 18 = 17.</w:t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Решения сложных задач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Тематическая практика · 189–192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189.  Ответ B · 72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Без ограничения есть 5 · 4 · 3 · 2 · 1 = 120 рассадок. Посчитаем запрещённые: объединим братьев в один блок. Тогда размещаем 4 объекта, что даёт 24 способа. Внутри блока братья могут поменяться местами: 2 способа. Запрещённых рассадок 24 · 2 = 48, разрешённых — 120 − 48 = 72. Каждая запрещённая рассадка учитывается ровно один раз.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190.  Ответ C · 4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Делимость на 4 определяется двумя последними цифрами. Из данных разных цифр подходят окончания 12, 20 и 32. Для окончания 12 остаются 0 и 3: допустимо только 3012. Для окончания 20 остаются 1 и 3: получаем 1320 и 3120. Для окончания 32 остаются 0 и 1: допустимо только 1032. Всего 4 числа. Записи с нулём в начале не являются четырёхзначными.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191.  Ответ A · 3 м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Ширина дорожки вычитается с обеих сторон каждой длины. При ширине 3 м газон имеет стороны 18 − 6 = 12 м и 14 − 6 = 8 м; площадь 12 · 8 = 96 м². При ширине 2 м площадь равна 14 · 10 = 140 м², при 4 м — 10 · 6 = 60 м², при 5 м — 8 · 4 = 32 м². Подходит только 3 м. При увеличении допустимой ширины обе стороны газона уменьшаются, поэтому другого ответа нет.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192.  Ответ C · 7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По неравенству треугольника третья сторона x удовлетворяет 11 − 8 &lt; x &lt; 11 + 8, то есть 3 &lt; x &lt; 19. Периметр равен 19 + x. Чтобы он был чётным, x должно быть нечётным. Подходят 5, 7, 9, 11, 13, 15 и 17 — всего 7 значений. Длины 3 и 19 исключены: при них треугольник вырождается в отрезок.</w:t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Решения сложных задач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Тематическая практика · 193–196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193.  Ответ C · 24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Ровно две окрашенные грани имеют кубики на рёбрах, кроме угловых. На каждом из четырёх рёбер длиной 3 см таких кубиков 3 − 2 = 1. Для четырёх рёбер длиной 4 см — по 2, длиной 5 см — по 3. Всего 4 · (1 + 2 + 3) = 24. Восьми угловым кубикам окрашены три грани, поэтому их считать нельзя.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194.  Ответ C · 20 баллов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Сумма баллов исходной группы: 10 · 18 = 180. У ушедших двух учеников сумма 2 · 12 = 24, у пришедших четырёх — 4 · 21 = 84. Новая сумма: 180 − 24 + 84 = 240. Учеников стало 10 − 2 + 4 = 12. Средний результат 240/12 = 20 баллов. Средние разных по численности групп нельзя просто складывать и делить на число групп.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195.  Ответ D · 5/18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Всего неупорядоченных пар 9 · 8 / 2 = 36. Красную пару можно выбрать 4 · 3 / 2 = 6 способами, синюю — 3 · 2 / 2 = 3 способами, зелёную — одним способом. Благоприятных пар 6 + 3 + 1 = 10. Вероятность 10/36 = 5/18. Шары не возвращают, поэтому второе извлечение зависит от первого.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196.  Ответ A · 14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Хотя бы один кружок посещают 32 − 6 = 26 учеников. В сумме 20 + 18 = 38 каждый участник обоих кружков посчитан дважды. Поэтому оба кружка посещают 38 − 26 = 12 учеников. Только математический: 20 − 12 = 8; только шахматный: 18 − 12 = 6. Ровно один кружок посещают 8 + 6 = 14 учеников.</w:t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Решения сложных задач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Тематическая практика · 197–200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197.  Ответ B · 5 ч 20 мин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За час пары выполняют 1/6, 1/8 и 1/12 заказа. Сумма этих производительностей равна 4/24 + 3/24 + 2/24 = 9/24 = 3/8. При сложении каждый рабочий учтён дважды, поэтому производительность троих — 3/16 заказа в час. Время равно 1 : (3/16) = 16/3 ч = 5 ч 20 мин. Складывать или усреднять времена выполнения нельзя.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198.  Ответ D · 300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На номера 1–9 нужно 9 цифр. На номера 10–99 — 90 · 2 = 180 цифр. Вместе 189. Остаётся 792 − 189 = 603 цифры, то есть 603/3 = 201 трёхзначный номер. Первый из них — 100, последний — 100 + 201 − 1 = 300. Проверка: 9 + 180 + 201 · 3 = 792. После деления нужно учесть, с какого номера начинается трёхзначная часть.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199.  Ответ B · 2 км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На исходной карте отрезок имел длину 6,4 : 0,8 = 8 см. Настоящее расстояние: 8 · 25 000 = 200 000 см = 2000 м = 2 км. Нельзя применять исходный масштаб непосредственно к уменьшенной распечатке. Её новый масштаб равен 1 : 31 250, что также даёт 6,4 · 31 250 = 200 000 см.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200.  Ответ C · 18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Чтобы двух красных ещё не было, можно взять все 7 синих, все 9 зелёных и только 1 красный — всего 17. Значит 17 недостаточно. Чтобы не было двух синих, можно взять не более 5 + 9 + 1 = 15 носков; двух зелёных — не более 5 + 7 + 1 = 13. После 18 извлечений ни один из этих случаев невозможен, поэтому каждого цвета будет хотя бы два. Ответ — 18.</w:t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Решения сложных задач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Тематическая практика · 201–204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201.  Ответ D · 7400 тг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Переберём число микроавтобусов. Без них нужно 5 такси: 9000 тг. С одним микроавтобусом остаётся 10 пассажиров, нужны 3 такси: 8200 тг. С двумя остаются 3 пассажира, нужно 1 такси: 5600 + 1800 = 7400 тг. Три микроавтобуса стоят 8400 тг. Четыре и более уже дороже. Минимум 7400 тг: два микроавтобуса и одно такси, всего 18 мест.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202.  Ответ D · 56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Пусть номера выбранных клеток a &lt; b &lt; c. Между соседними выбранными клетками нужен хотя бы один пропуск: b ≥ a + 2, c ≥ b + 2. Каждому выбору соответствует тройка a, b − 1, c − 2: три разных возрастающих числа от 1 до 8. Обратно любая такая тройка даёт допустимые клетки, если ко второму числу прибавить 1, к третьему 2. Выбрать тройку из восьми можно 8 · 7 · 6 / (3 · 2 · 1) = 56 способами.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203.  Ответ A · 40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У сетки 5 вертикальных и 4 горизонтальные линии. Выбрать пару вертикальных линий можно 5 · 4 / 2 = 10 способами, пару горизонтальных — 4 · 3 / 2 = 6 способами. Всего 60 прямоугольников. Квадратов 1 × 1 — 12, 2 × 2 — 3 · 2 = 6, 3 × 3 — 2 · 1 = 2. Итого 20 квадратов. Остальных прямоугольников 60 − 20 = 40. Прямоугольник может состоять из нескольких клеток.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204.  Ответ A · 62 см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Периметр исходного прямоугольника 2 · (20 + 12) = 64 см. Из границы удалены два отрезка длиной 3 см и 4 см. Вместо них в новую границу вошёл разрез длиной 5 см. Периметр оставшейся фигуры: 64 − 3 − 4 + 5 = 62 см. Длину разреза нужно прибавить, а не вычесть: она стала частью края листа.</w:t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Решения сложных задач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Тематическая практика · 205–208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205.  Ответ C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Раскроем квадрат суммы: (a + b)² = a² + 2ab + b². Поэтому a² + b² = 12² − 2 · 32 = 144 − 64 = 80. Обе колонки равны, ответ C. Отдельно находить a и b не требуется; например, условиям удовлетворяют 4 и 8.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206.  Ответ D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При x = y = 5 произведение равно 25, то есть колонки равны. При x = 2 и y = 8 произведение равно 16, и колонка В больше. Оба случая удовлетворяют условию. Даже если произведение никогда не превышает 25, равенство и строгое неравенство дают разные ответы. Поэтому D.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207.  Ответ B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С учётом целочисленности x может быть только −1, 0 или 1. Его квадрат равен 1 или 0, что всегда меньше 2. Колонка В больше, ответ B. Сначала используйте строгость границ: числа −2 и 2 в условие не входят.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208.  Ответ A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Любое такое n кратно НОК(6; 10) = 30. Наименьшее натуральное значение — 30, поэтому n/15 ≥ 2 &gt; 1. Колонка А всегда больше, ответ A. Натуральность исключает ноль, который изменил бы сравнение.</w:t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Решения сложных задач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Тематическая практика · 209–212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209.  Ответ D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Сумма соседних сторон равна 14. При сторонах 2 и 12 площадь 24 &lt; 45. При сторонах 7 и 7 площадь 49 &gt; 45. Оба прямоугольника подходят, так как квадрат тоже является прямоугольником. Отношение меняется, ответ D.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210.  Ответ A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Из условия 4x = 3y. Все знаменатели положительны, поэтому сравним 4(x + 2) и 3(y + 2). Первое равно 4x + 8, второе — 3y + 6. Их разность 2 &gt; 0. Колонка А больше, ответ A. Прибавление одного числа к числителю и знаменателю не сохраняет значение дроби.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211.  Ответ A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При 0 &lt; x &lt; 1 знаменатель 1 + x положителен и меньше 2. При одинаковом положительном числителе меньшее положительное значение знаменателя даёт большую дробь. Следовательно, x/(1 + x) &gt; x/2. Ответ A. Положительность x нужна для сохранения направления сравнения.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212.  Ответ C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Начальная сумма равна 5 · 12 = 60. После замены она увеличилась ровно на 10 и стала равна 70. Чисел по-прежнему пять, новое среднее 70/5 = 14. Ответ C. Увеличение одного слагаемого на 10 повышает среднее пяти чисел только на 2.</w:t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Решения сложных задач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Тематическая практика · 213–216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213.  Ответ B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Можно упорядочить числа: a &lt; b &lt; c. Тогда a не больше 3: при a ≥ 4 сумма хотя бы 4 + 5 + 6 = 15. Если a = 1, наибольшее произведение равно 1 · 5 · 6 = 30; если a = 2 — 2 · 4 · 6 = 48; если a = 3 — 3 · 4 · 5 = 60. Для фиксированной суммы пара даёт наибольшее произведение при самых близких числах. Всегда abc ≤ 60 &lt; 64, ответ B.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214.  Ответ C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Всего пар 10 · 9 / 2 = 45. Для разноцветной пары выбираем один из 4 красных и один из 6 синих: 24 пары. Вероятность 24/45 = 8/15, колонки равны. Ответ C. Если считать упорядоченные исходы, нужно учитывать оба порядка цветов и делить на 10 · 9.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215.  Ответ B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Пусть расстояние в одну сторону равно s. Время поездки s/40 + s/60 = s/24, весь путь 2s. Средняя скорость 2s : (s/24) = 48 км/ч, что меньше 50. Ответ B. Половины пути равны, но время движения на них разное, поэтому обычное среднее 40 и 60 не подходит.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216.  Ответ A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Площадь поверхности куба с ребром a равна 6a². Для первого куба она равна 6 · (2a)² = 24a², для правой колонки — 3 · 6a² = 18a². Поскольку a &gt; 0, получаем 24a² &gt; 18a². Ответ A. Площадь при удвоении ребра возрастает в 4 раза, а не в 2.</w:t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Решения сложных задач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Тематическая практика · 217–220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217.  Ответ D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При n = 7 условие выполнено, а n² = 49 даёт остаток 1: колонки равны. При n = 12 условие тоже выполнено, но n² = 144 делится на 3 и даёт остаток 0: колонка В больше. Двух допустимых примеров с разными отношениями достаточно для ответа D.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218.  Ответ B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Пусть исходная цена p &gt; 0. После двух снижений в первом магазине цена p · 0,8 · 0,8 = 0,64p. Во втором цена p · 0,65 = 0,65p. Следовательно, первая ниже, ответ B. Последовательные скидки по 20 % дают общую скидку 36 %, а не 40 %.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219.  Ответ C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Раскрываем скобки с учётом минуса перед вторым квадратом: a² + 2ab + b² − (a² − 2ab + b²) = 4ab. Значения равны при любых допустимых a и b. Ответ C. Частая ошибка — забыть поменять знак у −2ab при вычитании скобок.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220.  Ответ A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Сравним первые 19 слагаемых попарно: каждое нечётное на 1 меньше следующего чётного, поэтому их сумма меньше на 19. Но в колонке А есть ещё последнее слагаемое 39. Общая разность равна 39 − 19 = 20 &gt; 0, ответ A. Прямая проверка: суммы равны 400 и 380.</w:t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Решения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Пробник 1 · Математика · 1–10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1.  Ответ B · 3/10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Кратные 3: 3, 6, 9, 12, 15, 18. Всего 6 из 20, то есть 3/10.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2.  Ответ D · 9 см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h = 2S/a = 108 : 12 = 9 см.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3.  Ответ D · 54 км/ч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Полный путь 600 м. Скорость 600 : 40 = 15 м/с = 54 км/ч.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4.  Ответ B · 12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Объём работы 84 человеко-дня. 84 : 7 = 12 дней.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5.  Ответ D · 60 г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Соли было 32 г. (32 + x)/(400 + x) = 0,2; 32 + x = 80 + 0,2x; x = 60 г.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6.  Ответ A · 11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Сначала могут попасться все 8 чёрных. Ещё 3 гарантируют три белых, итого 11.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7.  Ответ D · 9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Упорядочим: 3, 6, 8, 10, 11, 14. Медиана (8 + 10) : 2 = 9.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8.  Ответ D · 18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Изначальная сумма 60, новая 78. Добавили 78 − 60 = 18.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9.  Ответ A · 21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9 − 2 · (−3) · 2 = 9 + 12 = 21.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10.  Ответ D · 84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240 · 0,35 = 84.</w:t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Решения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Пробник 1 · Математика · 11–20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11.  Ответ D · 45 л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Полный объём 60 000 см³ = 60 л. 3/4 от 60 равно 45 л.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12.  Ответ B · Выросла на 10%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Коэффициент изменения 1,25 · 0,88 = 1,10. Это рост на 10%.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13.  Ответ A · 64 км/ч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Весь путь 320 км, всё время 5 ч. Средняя скорость 64 км/ч.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14.  Ответ C · 150 см²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У куба 6 граней площадью 25 см² каждая. Всего 150 см².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15.  Ответ D · Через 3 ч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Скорость сближения 110 км/ч, время 330 : 110 = 3 ч.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16.  Ответ A · 6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Подходят −1, 0, 1, 2, 3, 4: шесть значений.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17.  Ответ B · 247 см²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a + b = 32, a − b = 6. Поэтому a = 19, b = 13, площадь 247 см².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18.  Ответ A · 78,5 см²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Радиус 5 см. Площадь 3,14 · 25 = 78,5 см².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19.  Ответ B · 6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36 + t = 3(8 + t). Получаем 12 = 2t, t = 6.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20.  Ответ C · 21/20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Приводим к знаменателю 20: 14/20 − 5/20 + 12/20 = 21/20.</w:t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Решения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Пробник 1 · Математика · 21–30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21.  Ответ C · 22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От 120 до 960 включительно: (960 − 120) : 40 + 1 = 22.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22.  Ответ B · 4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Хотя бы одно умеют 22 + 18 − 9 = 31. Не умеют 35 − 31 = 4.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23.  Ответ A · 20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Каждому из 5 напитков соответствуют 4 вида выпечки: 5 · 4 = 20.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24.  Ответ C · −8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x + 4 = 7 или −7, корни 3 и −11, сумма −8.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25.  Ответ C · 17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x − 2 = 15, поэтому x = 17.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26.  Ответ A · 5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Сумма цифр равна 13 + b. Она должна равняться 18, поэтому b = 5.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27.  Ответ B · 27,5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4,8 : 0,16 = 30; 30 − 2,5 = 27,5.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28.  Ответ B · 90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18 = 2 · 3², 30 = 2 · 3 · 5. НОК = 2 · 3² · 5 = 90.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29.  Ответ D · 6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1/9 + 1/18 = 1/6 бака в час, поэтому нужно 6 ч.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30.  Ответ A · 32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Всего 6 · 8 · 12 = 576 деталей. 576 : 18 = 32 модели.</w:t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Решения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Пробник 1 · Математика · 31–40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31.  Ответ A · 98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840 : 28 = 30; 17 · 4 = 68; сумма 98.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32.  Ответ B · 18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Первая цифра не ноль: 3 выбора. Вторая: 3 оставшихся, третья: 2. Всего 18.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33.  Ответ D · 68 м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Между 18 столбиками 17 промежутков по 4 м: 68 м.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34.  Ответ A · 3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По течению скорость 21 км/ч. 63 : 21 = 3 ч.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35.  Ответ A · 18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В обратном порядке: 100 : 4 − 7 = 18.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36.  Ответ A · 9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3x = 27, x = 9.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37.  Ответ D · 49 см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В 12 долях 84 см. Одна доля 7 см; длинная лента имеет длину 7 · 7 = 49 см.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38.  Ответ B · 2,1 км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8,4 · 25 000 = 210 000 см = 2,1 км.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39.  Ответ D · 28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a(2) = 4, a(3) = 10, a(4) = 28.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40.  Ответ C · 8000 тенге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Прежняя цена равна 9200 : 1,15 = 8000 тенге.</w:t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Решения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Пробник 1 · Сравнения · 1–10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1.  Ответ C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Оба произведения равны 540.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2.  Ответ A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Первое число на 1 больше второго.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3.  Ответ A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0,65 кг = 650 г &gt; 640 г.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4.  Ответ B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125 · 16 = 2000 &lt; 2001.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5.  Ответ A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Делим a &gt; b на положительное b: a/b &gt; 1.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6.  Ответ B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7 · 6/2 = 21, а 8 · 7/2 = 28.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7.  Ответ C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Обе величины равны 36.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8.  Ответ D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При n = 0 равенство, при n = 1 больше А.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9.  Ответ C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Среднее равно (a + b + c)/3 = 45/3 = 15.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10.  Ответ C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Если a = 4t, b = 7t, обе величины равны 28t.</w:t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Решения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Пробник 1 · Сравнения · 11–20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11.  Ответ B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1,8 л = 1800 см³ &lt; 1850 см³.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12.  Ответ B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Слева 5 км, справа 6 км.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13.  Ответ B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Слева 70, справа 80.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14.  Ответ A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У x больше модуль, поскольку x левее y на отрицательной полуоси. Его квадрат больше.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15.  Ответ C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54 : 3,6 = 15 м/с.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16.  Ответ A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6/7 ≈ 0,857 &gt; 0,85.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17.  Ответ A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Умножаем x &gt; 4 на 2 и получаем 2x &gt; 8.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18.  Ответ C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Сумма равна 6 · 8 = 48.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19.  Ответ A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Сумма уменьшилась на 16, среднее на 2.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20.  Ответ A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Если 0 &lt; x &lt; 1, то 1/x &gt; 1. Поэтому больше значение в колонке А.</w:t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Решения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Пробник 1 · Сравнения · 21–30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21.  Ответ C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2,25 · 60 = 135 минут.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22.  Ответ A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После двух увеличений получаем 1,1²a = 1,21a &gt; 1,2a.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23.  Ответ A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Медиана 6, среднее 25 : 5 = 5.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24.  Ответ D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При высоте 2 см площадь 10 см², при 8 см площадь 40 см².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25.  Ответ B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Слева 28, справа 30.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26.  Ответ C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В обоих случаях 63 детали.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27.  Ответ C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0,009 км = 9 м; 90 дм = 9 м.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28.  Ответ C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Равенство непосредственно задано условием.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29.  Ответ A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0,7 м² = 7000 см² &gt; 700 см².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30.  Ответ A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Разность равна 1 · 45 = 45.</w:t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Решения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Пробник 1 · Сравнения · 31–40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31.  Ответ A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При равных высотах площадь прямо пропорциональна основанию.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32.  Ответ C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Оба частных равны 8.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33.  Ответ C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Слева 12(50 − 1), то есть 12 · 50 − 12.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34.  Ответ D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Стороны 1 и 13 дают 13 см²; стороны 7 и 7 дают 49 см².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35.  Ответ C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Оба периметра равны 28 см.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36.  Ответ D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При x = 1 равенство, при x = −1 больше А.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37.  Ответ B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При скорости 8 км/ч то же расстояние проходят дольше.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38.  Ответ B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У квадрата сторона 6 см и периметр 24 см; у прямоугольника периметр 26 см.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39.  Ответ A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5/8 = 62,5%, больше 62%.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40.  Ответ C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Единственное целое значение n равно 6.</w:t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Решения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Пробник 1 · Сравнения · 41–50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41.  Ответ A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3 · 24 · 60 = 4320 минут &gt; 4300 минут.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42.  Ответ A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81 см² &gt; 80 см².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43.  Ответ A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Сумма равна 180 − 85 = 95°, что больше 90°.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44.  Ответ B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11 · 4 = 44 &lt; 45 = 3 · 15.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45.  Ответ D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x = 9 даёт A, x = 7 даёт B.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46.  Ответ D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При ценах 100 и 100 больше А; при 100 и 1000 больше В.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47.  Ответ C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Оба значения равны 36.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48.  Ответ C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В обоих случаях 27.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49.  Ответ C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Оба объёма равны 27 см³.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50.  Ответ A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Слева 8a³, справа 4a³. a³ положительно.</w:t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Решения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Пробник 1 · Сравнения · 51–60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51.  Ответ C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12 − 5 = 7 = |−7|.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52.  Ответ A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Слева 4, что больше 3,9.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53.  Ответ D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При a = 1, b = 10 произведение 10; при a = 5, b = 6 произведение 30.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54.  Ответ A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x = y + 3, значит x больше y.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55.  Ответ B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Радиус второй 4,5 см, поэтому длина второй окружности больше.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56.  Ответ A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Умножение положительного x на x &gt; 1 увеличивает его.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57.  Ответ A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30/120 = 25%, 30/150 = 20%.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58.  Ответ D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x = 1, y = 0 даёт A; x = 0, y = 1 даёт B.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59.  Ответ B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0,568 &lt; 0,570.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60.  Ответ A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3 − (−6) + 1 = 10 чисел.</w:t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Решения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Пробник 2 · Математика · 1–10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1.  Ответ C · 10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18n должно содержать множители 2² · 3 · 5. В 18 не хватает 2 · 5, поэтому n = 10.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2.  Ответ D · 30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Произведение чисел равно НОД · НОК = 540. Второе число 540 : 18 = 30.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3.  Ответ A · 7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Это −8, −4, 0, 4, 8, 12, 16: семь чисел. Граница −12 не входит.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4.  Ответ A · 5/14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Всего 18 + 27 + 36 + 45 = 126 книг. В четверг 45; доля 45/126 = 5/14.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5.  Ответ D · 6300 тенге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Осталось (5/7)(2/3) = 10/21 начальной суммы. 3000 : (10/21) = 6300.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6.  Ответ C · 1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Речь о прибавлении числа x: (5 + x)/(9 + x) = 3/5. 25 + 5x = 27 + 3x, x = 1.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7.  Ответ A · 10 000 тенге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Конечная доля 0,85 · 0,8 = 0,68. Исходная цена 6800 : 0,68 = 10 000.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8.  Ответ A · 70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Было 3t и 4t. (3t + 5)/(4t) = 7/8, откуда 24t + 40 = 28t, t = 10. Всего 70.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9.  Ответ A · 68%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Начальная масса 600 г. После добавки меди 510 г, всего 750 г. 510/750 = 68%.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10.  Ответ C · 20%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Снижение составляет 130 из 650, то есть 20%.</w:t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Решения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Пробник 2 · Математика · 11–20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11.  Ответ D · 29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Умножим на 15: 6x − 9 − 5x − 5 = 15. Отсюда x = 29.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12.  Ответ A · 0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Среди решений есть 0, поэтому всё произведение равно 0.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13.  Ответ D · 4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3x − 2 = 10 или −10. Корни 4 и −8/3, больший 4.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14.  Ответ C · 2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Числитель (x − 2)(x + 2). Дробь равна x + 2, разность с x равна 2.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15.  Ответ D · 35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Если меньшее t, большее 3t + 2. 4t + 2 = 46, t = 11, большее 35.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16.  Ответ B · 8 км/ч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Турист прошёл 3 км от дома и 3 км обратно, всего 6 км. Время 45/60 = 3/4 ч. Средняя скорость 6 : (3/4) = 8 км/ч.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17.  Ответ A · 3 км/ч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Скорости 18 и 12 км/ч. Их разность — удвоенная скорость течения; (18 − 12)/2 = 3.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18.  Ответ C · 5 1/3 ч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Первоначально 1/12 заказа в час, затем 1/8. На оставшиеся 2/3 нужно (2/3)/(1/8) = 16/3 ч.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19.  Ответ C · 11 ч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Всего 36 станко-часов; сделали 12, осталось 24. Три станка работают ещё 8 ч, итого 11.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20.  Ответ C · 400 с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Нужно выиграть круг 400 м при относительной скорости 1 м/с. Время 400 с.</w:t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Решения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Пробник 2 · Математика · 21–30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21.  Ответ C · 200 тенге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Тариф А: 400 + 50 · 30 = 1900. Тариф Б: 70 · 30 = 2100. Экономия 200 тенге.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22.  Ответ C · 15 см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Площадь по катетам 54 см². Она же равна c · 7,2/2, значит c = 108/7,2 = 15.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23.  Ответ D · 72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По измерениям помещается 6, 4 и 3 кубика. Всего 6 · 4 · 3 = 72.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24.  Ответ B · 8/15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Внутренние размеры 16 × 8 см, площадь 128. Внешняя площадь 240. Доля 128/240 = 8/15.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25.  Ответ D · 15°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Части равны 60° и 90°. Биссектриса отстоит на 75° от стороны, поэтому искомый угол 75 − 60 = 15°.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26.  Ответ A · 22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Общая сумма 80, сумма четырёх 58. Пятое число 22.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27.  Ответ C · 320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Числа 16, 18 и 20. Произведение крайних 16 · 20 = 320.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28.  Ответ B · 9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Хотя бы один выбрали 25. Пересечение равно 18 + 16 − 25 = 9.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29.  Ответ D · 10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Упорядоченных пар 5 · 4 = 20, каждую пару посчитали дважды. Ответ 10.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30.  Ответ A · 1/3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Осталось 3 белых из 9 шаров, вероятность 3/9 = 1/3.</w:t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Решения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Пробник 2 · Математика · 31–40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31.  Ответ D · 30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Выбираем 2 из 3 горизонтальных линий и 2 из 5 вертикальных: 3 · 10 = 30.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32.  Ответ C · 4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Десятку образуют 2 и 5; двоек больше. Множители 5 дают числа 5, 10, 15, 20: всего четыре.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33.  Ответ C · 8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n(n − 1)/2 = 28. Подходит n = 8, поскольку 8 · 7/2 = 28.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34.  Ответ A · 91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Девять однозначных чисел дают 9 цифр; 41 двузначное даёт 82. Всего 91.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35.  Ответ B · 4 кг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Разность 6 кг приходится на 3 упаковки, каждая по 2 кг. Ящик 14 − 10 = 4 кг.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36.  Ответ A · 9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При увеличении выдачи на одну конфету каждому требуется ещё 7 + 2 = 9 конфет. Значит детей 9.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37.  Ответ D · 495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Оно кратно НОК(5; 9) = 45. Наибольшее кратное 45 от 400 до 499 равно 495.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38.  Ответ B · 70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1,2x + 12 = 96; x = 84/1,2 = 70.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39.  Ответ C · 19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Можно сначала взять все 10 синих и 8 зелёных, не получив красный. Девятнадцатый гарантирует все цвета.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40.  Ответ A · 33 1/3%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После уменьшения число 45. Разность 15 относительно 45 составляет 1/3, то есть 33 1/3%.</w:t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Решения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Пробник 2 · Сравнения · 1–10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1.  Ответ D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При a = b = 1 получается равенство; при a = 2, b = 1 больше А.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2.  Ответ B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Куб отрицателен, квадрат положителен.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3.  Ответ B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Из x &gt; 2 следует x² &gt; 4. Поэтому величина в колонке В положительна.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4.  Ответ D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При x = 1, y = 7 произведение 7; при x = 4, y = 4 произведение 16.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5.  Ответ D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При a = 5, b = 1 больше А; при a = 1,5, b = 1 больше В.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6.  Ответ A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Разность равна 2xy &gt; 0.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7.  Ответ D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Первая величина равна x − 2. При x = y = 1 равенство, при x = 2, y = 1 больше А.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8.  Ответ B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Слева 1/4, справа 1/2.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9.  Ответ B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После умножения на −2 знак меняется: −2x &gt; 6.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10.  Ответ D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a = b = 1 даёт C, a = 1 и b = −1 даёт A.</w:t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Решения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Пробник 2 · Сравнения · 11–20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11.  Ответ D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При n = 1 остаток 0 меньше 2, при n = 3 остаток 2 равен правой величине.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12.  Ответ D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При n = 2 остаток 0 и сравнение C; при n = 1 остаток 1 и сравнение A.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13.  Ответ D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При p = 2 остаток 0 меньше 1; при p = 3 остаток 1 и получается равенство.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14.  Ответ D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При a = 3 НОД равен 3, при a = 6 НОД равен 6. Получаются B и C.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15.  Ответ A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Кратных 8 от 16 до 96 — 11, кратных 9 от 18 до 99 — 10. Поэтому больше А.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16.  Ответ B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Слева 3/42 = 1/14. При одинаковых положительных числителях дробь 1/13 больше.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17.  Ответ A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Частное равно 9/8 &gt; 1.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18.  Ответ A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1/0,8 = 1,25 &gt; 1,2.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19.  Ответ B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Справа 0,9999, это больше 0,999.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20.  Ответ A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Слева 1/6, справа 1/12.</w:t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Решения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Пробник 2 · Сравнения · 21–30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21.  Ответ B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(18 + 27)/2 = 22,5 &lt; 36.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22.  Ответ D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При исходных ценах 100 и 100 получаем 125 &gt; 80. При ценах 100 и 1000 получаем 125 &lt; 800.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23.  Ответ D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При a = 1, b = 3 слева 4/3 меньше 5/3. При a = 3, b = 4 слева 7/4 больше 5/3.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24.  Ответ A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25% &gt; 20%.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25.  Ответ B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Числитель — масса соли — не изменился, общий вес вырос. Доля уменьшилась.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26.  Ответ C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a = 0,8b; обе величины равны 0,2b.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27.  Ответ B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После двух снижений осталось 81%, скидка 19%, а не 20%.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28.  Ответ C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15/12 · 100% = 125%.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29.  Ответ C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Обе величины равны 0,12a.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30.  Ответ A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Первый процент 50%, второй 1/3 от b, то есть 33 1/3%.</w:t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Решения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Пробник 2 · Сравнения · 31–40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31.  Ответ C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Время обратно пропорционально скорости: первое время составляет 1/1,5 = 2/3 второго.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32.  Ответ A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За одинаковое положительное время более производительный станок сделает больше.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33.  Ответ A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Пройденный путь 6 км, конечное расстояние от дома 0.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34.  Ответ B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Средняя скорость 2/(1/30 + 1/60) = 40 км/ч.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35.  Ответ B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Слева 138 минут, справа 144 минуты.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36.  Ответ C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1 м³ = 1000 л; 0,004 м³ = 4 л.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37.  Ответ A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3 дм² = 300 см² &gt; 290 см².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38.  Ответ C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В обоих случаях 12 человеко-часов.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39.  Ответ C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1/4 + 1/12 = 1/3 бака в час.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40.  Ответ A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Время при 40 км/ч вдвое больше времени при 80 км/ч, а не вдвое меньше.</w:t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Решения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Пробник 2 · Сравнения · 41–50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41.  Ответ D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При 5 и 5 площадь 25 и получается C; при 1 и 9 площадь 9 и получается B.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42.  Ответ B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Отношение площадей 4/9 &lt; 2/3.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43.  Ответ A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Объём вырос в 27 раз, поверхность в 9 раз.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44.  Ответ C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У обоих одинаковые основание и высота, каждый занимает половину прямоугольника.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45.  Ответ C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180 − 35 − 55 = 90°.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46.  Ответ C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Стороны относятся как 2 : 3; площади как 4 : 9.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47.  Ответ A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А: 400 + 50 · 10 = 900; Б: 70 · 10 = 700.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48.  Ответ B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Диагональ делит его на два треугольника.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49.  Ответ C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(8h + 12h)/2 = 20h/2.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50.  Ответ C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(4a/4)² = a². Сравниваются величины в согласованных единицах площади.</w:t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Решения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Пробник 2 · Сравнения · 51–60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51.  Ответ C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(28 + 12)/5 = 8.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52.  Ответ B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Площадь рамки 240 − 128 = 112 см²; белой части 128 см².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53.  Ответ C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Среднее меняется так же: 2 · 6 + 3 = 15.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54.  Ответ D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x может быть 6 или 8; медиана x оказывается меньше или больше 7.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55.  Ответ A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Объединение не больше 28, поэтому пересечение не меньше 17 + 16 − 28 = 5.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56.  Ответ C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И игра, и выбор соответствуют одной неупорядоченной паре.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57.  Ответ A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3/7 &gt; 3/8.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58.  Ответ D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У списка 0,0,0,0,0,0,7 среднее больше медианы; у 0,7,7,7,7,7,7 медиана больше среднего.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59.  Ответ C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Соседи b − 1 и b + 1 дают сумму 2b.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60.  Ответ C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Наиболее близкая пара 7 и 8 даёт 56. При удалении от этой пары произведение уменьшается.</w:t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Решения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Пробник 3 · Математика · 1–10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1.  Ответ C · 109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Число минус 1 кратно НОК(4; 6; 9) = 36. Подходят 37, 73, 109… Первое больше 100 равно 109.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2.  Ответ D · 3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72 = 2³ · 3². Нечётный делитель не содержит двойки: это 1, 3 и 9.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3.  Ответ D · 3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Последние цифры степеней 3 повторяются: 3, 9, 7, 1. 25 даёт остаток 1 при делении на 4, ответ 3.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4.  Ответ A · 2/5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Каждое слагаемое 1/n − 1/(n + 1). Сумма 1/2 − 1/10 = 2/5.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5.  Ответ B · 5/12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Удвоенная меньшая равна 7/6 − 1/3 = 5/6. Меньшая 5/12.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6.  Ответ A · 48 л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Добавленная доля 3/4 − 3/8 = 3/8. Весь объём 18 : (3/8) = 48 л.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7.  Ответ C · 80 г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Сухого вещества 200 · 0,2 = 40 г. После сушки это половина массы, значит масса 80 г.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8.  Ответ D · 60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Конечный коэффициент 1,2 · 0,75 = 0,9. Исходно 54 : 0,9 = 60.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9.  Ответ D · 42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Пусть числа 2t и 5t. 2(2t + 6) = 5t + 6, t = 6. Сумма 7t = 42.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10.  Ответ A · 14,4%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Соли 36 + 36 = 72 г в 500 г смеси, то есть 14,4%.</w:t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Решения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Пробник 3 · Математика · 11–20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11.  Ответ D · 8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2x − 1,2 = 1,5x + 2,8. Тогда 0,5x = 4, x = 8.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12.  Ответ A · 5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Разрешены −1, 0, 1, 2, 3. Сумма равна 5.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13.  Ответ D · 0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При a &lt; 0 корней нет, при a &gt; 0 два, а при a = 0 единственный корень x = 5.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14.  Ответ D · 28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Раскрытие скобок даёт 4ab = 28.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15.  Ответ C · 74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a² + b² = (a + b)² − 2ab = 144 − 70 = 74.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16.  Ответ C · 2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До остановки 1 км за 10 минут, скорость 6 км/ч. После неё 4 км за 20 минут, скорость 12 км/ч. Отношение 2.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17.  Ответ D · 180 м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За разность времени 16 с поезд проходит 240 м: скорость 15 м/с. Длина 15 · 12 = 180 м.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18.  Ответ D · 11 ч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Объём равен 24 насосо-часам. Сделали 6, осталось 18; два насоса работают ещё 9 ч. Всего 11 ч.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19.  Ответ A · 18 ч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Производительности r и 2r дают 3r = 1/6, откуда r = 1/18. Медленному нужно 18 ч.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20.  Ответ D · 2 км/ч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24/(10 + v) + 16/(10 − v) = 4. После умножения на положительный знаменатель 100 − v² получаем 4v² − 8v = 0. Корень v = 0 исключён условием; остаётся v = 2 км/ч.</w:t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Решения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Пробник 3 · Математика · 21–30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21.  Ответ A · 21,5 см²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Радиус равен половине стороны, то есть 5 см. Закрашенная площадь 100 − 3,14 · 25 = 21,5 см².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22.  Ответ D · Не изменилась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Коэффициент площади 1,25 · 0,8 = 1. Площадь не изменилась.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23.  Ответ D · 216 см²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Размеры кратны 3: 6 · 4 = 24 квадрата по 9 см². Весь лист используется: 216 см².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24.  Ответ A · 64 см³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Ребро 48 : 12 = 4 см, объём 4³ = 64 см³.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25.  Ответ D · 15 см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Реальный путь 30 км. В новом масштабе 1 см означает 2 км, поэтому длина 15 см.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26.  Ответ A · 28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Общая сумма 240, сумма первых четырёх 72. Остальные дают 168, среднее 168/6 = 28.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27.  Ответ C · 20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За четыре дня 20 + 30 + 25 + 45 = 120 книг. Для среднего 28 нужна сумма 140. В пятницу нужно 20 книг.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28.  Ответ D · 28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Только английский 18, только французский 10. Всего 28.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29.  Ответ D · 8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Каждому положительному делителю a соответствует одно b. У 24 = 2³ · 3 восемь делителей.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30.  Ответ C · 3/10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Вероятность (3/5)(2/4) = 3/10. Можно также выбрать 3 белые пары из 10 всех пар.</w:t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Решения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Пробник 3 · Математика · 31–40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31.  Ответ D · 20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Из каждой вершины можно провести 8 − 3 = 5 диагоналей. Всего 8 · 5/2 = 20, поскольку каждая учтена дважды.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32.  Ответ B · 20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В разряде единиц цифра 7 встречается 10 раз, в десятках 10 раз. В 77 учитываются оба вхождения. В 100 семёрок нет.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33.  Ответ D · 31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Приращения: 2, 4, 6, 8, 10. Получаем 1 + 2 + 4 + 6 + 8 + 10 = 31.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34.  Ответ A · 105 с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Три межэтажных пролёта занимают 45 с, один 15 с. До восьмого этажа семь пролётов: 105 с.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35.  Ответ D · 3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Два взвешивания различают не более 9 исходов, этого мало для 12 монет. За три можно: сравнить две четвёрки, затем внутри нужной четвёрки две пары, затем две монеты.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36.  Ответ B · 28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Изначально 10 человек: 10 · 9/2 = 45. Осталось 8; число пар 8 · 7/2 = 28.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37.  Ответ D · 6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Если все по 6 кг, масса 66 кг. Разница 18 кг; каждая тяжёлая коробка добавляет 3 кг. Их 6.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38.  Ответ D · 7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Возможны все суммы от 3 до 9: 3, 4, 5, 6, 7, 8, 9. Разные пары иногда дают одинаковую сумму.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39.  Ответ D · 40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Разность Б − А = 60x − (900 + 30x) = 30x − 900. Требуется 30x − 900 ≥ 300, то есть x ≥ 40.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40.  Ответ A · 5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N = 7t + 5. Тогда 3N + 4 = 21t + 19, а 19 даёт остаток 5.</w:t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Решения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Пробник 3 · Сравнения · 1–10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1.  Ответ A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Разность с 2 равна (x − y)²/(xy) &gt; 0.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2.  Ответ A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Квадрат ненулевого действительного числа положителен.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3.  Ответ B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Неравенство x(x − 1) &lt; 0 означает 0 &lt; x &lt; 1.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4.  Ответ A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1/x находится между −1 и 0, а x меньше −1.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5.  Ответ D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При x = y = 1 равенство; при x = 2, y = 1/2 сумма 2,5 больше 2.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6.  Ответ C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b = −a, кубы взаимно уничтожаются.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7.  Ответ D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Дробь равна x² + x + 1. При x = 2 равна 7, при x = 3 равна 13. Получаются C и A.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8.  Ответ D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При x = y = 3 сумма квадратов 18; при x = 1, y = 5 сумма 26. Получаются B и A.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9.  Ответ B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Умножение на отрицательное число обращает порядок.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10.  Ответ D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a² = b². При a = b сравнение C, при a = 1, b = −1 сравнение A.</w:t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Решения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Пробник 3 · Сравнения · 11–20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11.  Ответ C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n = 2t + 1. Квадрат равен 4t(t + 1) + 1; произведение t(t + 1) чётно.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12.  Ответ D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При n = 1 НОД равен 1; при n = 2 НОД равен 2. Получаются C и A.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13.  Ответ D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При n = 2 НОК равен 6, при n = 5 НОК равен 30. Получаются B и A.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14.  Ответ D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p = 7 даёт остаток 1; p = 5 даёт остаток 2.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15.  Ответ D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При n = 1 делитель один; при n = 2 у числа 4 три делителя.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16.  Ответ A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Слева 2/35. Перекрёстные произведения 2 · 20 = 40 и 35 показывают, что первая дробь больше.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17.  Ответ B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При перемножении положительных знаменателей сравниваются a(a + 2) и (a + 1)²; второе на 1 больше.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18.  Ответ A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При добавлении одного положительного числа к числителю и знаменателю положительная правильная дробь увеличивается: разность пропорциональна 3(b − a).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19.  Ответ A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a &gt; 1 &gt; 1/a.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20.  Ответ B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Сумма 15/16 &lt; 1.</w:t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Решения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Пробник 3 · Сравнения · 21–30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21.  Ответ D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При a = 110, b = 100 получаем 22 &lt; 25. При a = 200, b = 100 получаем 40 &gt; 25.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22.  Ответ D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При равных массах доля 20%. При массах 3 г и 1 г доля (0,3 + 0,3)/4 = 15%. Получаются C и B.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23.  Ответ D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При преобладании первого доля ниже 20%, при преобладании второго выше 20%.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24.  Ответ A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Итог 1,5 · 0,6a = 0,9a, что больше 0,89a.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25.  Ответ A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Закрашенная площадь 21,5 см², пятая часть квадрата 20 см².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26.  Ответ D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При p = 0 выпуск вырос в 1,25 раза; при p = 20 множитель 1,25 · 0,8 = 1. Получаются A и C.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27.  Ответ A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x = 0,8y, разность 0,2y составляет 25% от x.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28.  Ответ A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Соотношение a : b : c = 6 : 4 : 5, значит a/c = 6/5 &gt; 1.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29.  Ответ B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Каждый сохраняет 80% цены, общая скидка тоже 20%.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30.  Ответ B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Вернуть нужно 200 из 800, то есть 25%, что меньше 30%.</w:t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Решения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Пробник 3 · Сравнения · 31–40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31.  Ответ C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2/(1/20 + 1/60) = 30 км/ч.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32.  Ответ B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До остановки 6 км/ч, после 12 км/ч.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33.  Ответ B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За два часа заполнится 2(1/6 + 1/12) = 1/2, это меньше 3/5.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34.  Ответ A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Совместное время 1/(1/5 + 1/10) = 10/3 ч &gt; 3 ч.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35.  Ответ C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Чистый приток 3 л/мин, за 20 мин 60 л.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36.  Ответ A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Отношение путей 1,25 = 5/4, а 6/5 = 1,2.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37.  Ответ B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По течению скорость больше, время меньше.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38.  Ответ D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Отношение времён 6/n. При n = 7 оно больше 3/4, при n = 12 меньше 3/4.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39.  Ответ A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1,2 м³ = 1 200 000 см³, что в 10 раз больше.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40.  Ответ B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5 м/с = 18 км/ч, что меньше 19 км/ч.</w:t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Решения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Пробник 3 · Сравнения · 41–50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41.  Ответ B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При a + b = 10 имеем ab = 25 − (a − 5)². Для неквадратного прямоугольника квадрат положителен.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42.  Ответ C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Длина окружности прямо пропорциональна радиусу.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43.  Ответ B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Упорядочены 20, 25, 30, 45. Медиана 27,5, среднее 30.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44.  Ответ A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Новое ребро вдвое меньше; суммарная поверхность 8 · (1/2)² = 2 прежних поверхности.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45.  Ответ C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При равной площади основание обратно пропорционально высоте.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46.  Ответ C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Неравенство треугольника: 3 &lt; c &lt; 11. Наибольшее целое равно 10.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47.  Ответ D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При третьей стороне 4 периметр 15, при 10 — 21. Оба треугольника допустимы.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48.  Ответ C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Объём равен площади основания, умноженной на высоту.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49.  Ответ A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Линейный размер на первой вдвое больше, площадь вчетверо больше; 4 &gt; 2.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50.  Ответ C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Обе площади равны 4a².</w:t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Решения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Пробник 3 · Сравнения · 51–60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51.  Ответ C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900 + 30 · 30 = 1800, и 60 · 30 = 1800.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52.  Ответ B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Та же положительная сумма делится на большее количество чисел.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53.  Ответ C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Порядок не меняется, медиана и среднее сдвигаются на 7.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54.  Ответ C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Пересечение не меньше 18 + 16 − 25 = 9. Оно достижимо, когда объединение — весь класс.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55.  Ответ C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Если чёрных t, всего 3t, белых 2t. Вероятность 2/3.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56.  Ответ C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Каждой паре соответствуют два порядка.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57.  Ответ D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Разность равна n − 1. При n = 1 равенство, при n = 2 больше А.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58.  Ответ B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Если наименьшее хотя бы 4, минимальная сумма 4 + 5 + 6 = 15. Значит оно меньше 4.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59.  Ответ C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Сумма выросла на 10, количество 5, прирост среднего 2.</w:t>
      </w:r>
    </w:p>
    <w:p>
      <w:pPr>
        <w:keepNext/>
        <w:widowControl/>
        <w:spacing w:before="0" w:after="80" w:line="276" w:lineRule="auto"/>
        <w:ind w:left="0"/>
      </w:pPr>
      <w:r>
        <w:rPr>
          <w:rFonts w:ascii="Arial" w:hAnsi="Arial"/>
          <w:b/>
          <w:color w:val="000000"/>
          <w:sz w:val="21"/>
        </w:rPr>
        <w:t>60.  Ответ C</w:t>
      </w:r>
    </w:p>
    <w:p>
      <w:pPr>
        <w:widowControl/>
        <w:spacing w:before="0" w:after="32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Одно число чётное, другое нечётное. Произведение чётное, остаток 0.</w:t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Журнал ошибок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Фиксируйте причину и результат повторной попытки</w:t>
      </w:r>
    </w:p>
    <w:p>
      <w:pPr>
        <w:widowControl/>
        <w:spacing w:before="0" w:after="18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Запишите не только неверный ответ, но и шаг, на котором возникла ошибка. Для графики различайте чтение шкалы, выбор нужного участка и вычисление. Повторную попытку сделайте через 2–3 дня, не подглядывая в ключ.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392"/>
        <w:gridCol w:w="2884"/>
        <w:gridCol w:w="3879"/>
        <w:gridCol w:w="1790"/>
      </w:tblGrid>
      <w:tr>
        <w:trPr>
          <w:cantSplit/>
        </w:trPr>
        <w:tc>
          <w:tcPr>
            <w:tcW w:type="dxa" w:w="1392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Задание</w:t>
            </w:r>
          </w:p>
        </w:tc>
        <w:tc>
          <w:tcPr>
            <w:tcW w:type="dxa" w:w="2884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Причина</w:t>
            </w:r>
          </w:p>
        </w:tc>
        <w:tc>
          <w:tcPr>
            <w:tcW w:type="dxa" w:w="3879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Новый способ проверки</w:t>
            </w:r>
          </w:p>
        </w:tc>
        <w:tc>
          <w:tcPr>
            <w:tcW w:type="dxa" w:w="1790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233B4B"/>
          </w:tcPr>
          <w:p>
            <w:pPr>
              <w:spacing w:after="0" w:line="254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Повтор</w:t>
            </w:r>
          </w:p>
        </w:tc>
      </w:tr>
      <w:tr>
        <w:trPr>
          <w:cantSplit/>
        </w:trPr>
        <w:tc>
          <w:tcPr>
            <w:tcW w:type="dxa" w:w="1392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________</w:t>
            </w:r>
          </w:p>
        </w:tc>
        <w:tc>
          <w:tcPr>
            <w:tcW w:type="dxa" w:w="2884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________________</w:t>
              <w:br/>
              <w:t>________________</w:t>
              <w:br/>
              <w:t>________________</w:t>
            </w:r>
          </w:p>
        </w:tc>
        <w:tc>
          <w:tcPr>
            <w:tcW w:type="dxa" w:w="3879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________________</w:t>
              <w:br/>
              <w:t>________________</w:t>
              <w:br/>
              <w:t>________________</w:t>
            </w:r>
          </w:p>
        </w:tc>
        <w:tc>
          <w:tcPr>
            <w:tcW w:type="dxa" w:w="1790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________</w:t>
              <w:br/>
              <w:t>________</w:t>
            </w:r>
          </w:p>
        </w:tc>
      </w:tr>
      <w:tr>
        <w:trPr>
          <w:cantSplit/>
        </w:trPr>
        <w:tc>
          <w:tcPr>
            <w:tcW w:type="dxa" w:w="1392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________</w:t>
            </w:r>
          </w:p>
        </w:tc>
        <w:tc>
          <w:tcPr>
            <w:tcW w:type="dxa" w:w="2884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________________</w:t>
              <w:br/>
              <w:t>________________</w:t>
              <w:br/>
              <w:t>________________</w:t>
            </w:r>
          </w:p>
        </w:tc>
        <w:tc>
          <w:tcPr>
            <w:tcW w:type="dxa" w:w="3879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________________</w:t>
              <w:br/>
              <w:t>________________</w:t>
              <w:br/>
              <w:t>________________</w:t>
            </w:r>
          </w:p>
        </w:tc>
        <w:tc>
          <w:tcPr>
            <w:tcW w:type="dxa" w:w="1790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________</w:t>
              <w:br/>
              <w:t>________</w:t>
            </w:r>
          </w:p>
        </w:tc>
      </w:tr>
      <w:tr>
        <w:trPr>
          <w:cantSplit/>
        </w:trPr>
        <w:tc>
          <w:tcPr>
            <w:tcW w:type="dxa" w:w="1392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________</w:t>
            </w:r>
          </w:p>
        </w:tc>
        <w:tc>
          <w:tcPr>
            <w:tcW w:type="dxa" w:w="2884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________________</w:t>
              <w:br/>
              <w:t>________________</w:t>
              <w:br/>
              <w:t>________________</w:t>
            </w:r>
          </w:p>
        </w:tc>
        <w:tc>
          <w:tcPr>
            <w:tcW w:type="dxa" w:w="3879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________________</w:t>
              <w:br/>
              <w:t>________________</w:t>
              <w:br/>
              <w:t>________________</w:t>
            </w:r>
          </w:p>
        </w:tc>
        <w:tc>
          <w:tcPr>
            <w:tcW w:type="dxa" w:w="1790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________</w:t>
              <w:br/>
              <w:t>________</w:t>
            </w:r>
          </w:p>
        </w:tc>
      </w:tr>
      <w:tr>
        <w:trPr>
          <w:cantSplit/>
        </w:trPr>
        <w:tc>
          <w:tcPr>
            <w:tcW w:type="dxa" w:w="1392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________</w:t>
            </w:r>
          </w:p>
        </w:tc>
        <w:tc>
          <w:tcPr>
            <w:tcW w:type="dxa" w:w="2884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________________</w:t>
              <w:br/>
              <w:t>________________</w:t>
              <w:br/>
              <w:t>________________</w:t>
            </w:r>
          </w:p>
        </w:tc>
        <w:tc>
          <w:tcPr>
            <w:tcW w:type="dxa" w:w="3879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________________</w:t>
              <w:br/>
              <w:t>________________</w:t>
              <w:br/>
              <w:t>________________</w:t>
            </w:r>
          </w:p>
        </w:tc>
        <w:tc>
          <w:tcPr>
            <w:tcW w:type="dxa" w:w="1790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________</w:t>
              <w:br/>
              <w:t>________</w:t>
            </w:r>
          </w:p>
        </w:tc>
      </w:tr>
      <w:tr>
        <w:trPr>
          <w:cantSplit/>
        </w:trPr>
        <w:tc>
          <w:tcPr>
            <w:tcW w:type="dxa" w:w="1392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________</w:t>
            </w:r>
          </w:p>
        </w:tc>
        <w:tc>
          <w:tcPr>
            <w:tcW w:type="dxa" w:w="2884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________________</w:t>
              <w:br/>
              <w:t>________________</w:t>
              <w:br/>
              <w:t>________________</w:t>
            </w:r>
          </w:p>
        </w:tc>
        <w:tc>
          <w:tcPr>
            <w:tcW w:type="dxa" w:w="3879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________________</w:t>
              <w:br/>
              <w:t>________________</w:t>
              <w:br/>
              <w:t>________________</w:t>
            </w:r>
          </w:p>
        </w:tc>
        <w:tc>
          <w:tcPr>
            <w:tcW w:type="dxa" w:w="1790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________</w:t>
              <w:br/>
              <w:t>________</w:t>
            </w:r>
          </w:p>
        </w:tc>
      </w:tr>
      <w:tr>
        <w:trPr>
          <w:cantSplit/>
        </w:trPr>
        <w:tc>
          <w:tcPr>
            <w:tcW w:type="dxa" w:w="1392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________</w:t>
            </w:r>
          </w:p>
        </w:tc>
        <w:tc>
          <w:tcPr>
            <w:tcW w:type="dxa" w:w="2884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________________</w:t>
              <w:br/>
              <w:t>________________</w:t>
              <w:br/>
              <w:t>________________</w:t>
            </w:r>
          </w:p>
        </w:tc>
        <w:tc>
          <w:tcPr>
            <w:tcW w:type="dxa" w:w="3879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________________</w:t>
              <w:br/>
              <w:t>________________</w:t>
              <w:br/>
              <w:t>________________</w:t>
            </w:r>
          </w:p>
        </w:tc>
        <w:tc>
          <w:tcPr>
            <w:tcW w:type="dxa" w:w="1790"/>
            <w:vAlign w:val="center"/>
            <w:tcMar>
              <w:left w:w="110" w:type="dxa"/>
              <w:right w:w="110" w:type="dxa"/>
              <w:top w:w="80" w:type="dxa"/>
              <w:bottom w:w="80" w:type="dxa"/>
            </w:tcMar>
            <w:shd w:fill="F3F6F7"/>
          </w:tcPr>
          <w:p>
            <w:pPr>
              <w:spacing w:after="0" w:line="254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________</w:t>
              <w:br/>
              <w:t>________</w:t>
            </w:r>
          </w:p>
        </w:tc>
      </w:tr>
    </w:tbl>
    <w:p>
      <w:pPr>
        <w:widowControl/>
        <w:spacing w:before="0" w:after="160" w:line="20" w:lineRule="exact"/>
        <w:ind w:left="0"/>
      </w:pPr>
      <w:r>
        <w:rPr>
          <w:rFonts w:ascii="Arial" w:hAnsi="Arial"/>
          <w:b w:val="0"/>
          <w:color w:val="000000"/>
          <w:sz w:val="2"/>
        </w:rPr>
      </w:r>
    </w:p>
    <w:p>
      <w:pPr>
        <w:widowControl/>
        <w:spacing w:before="0" w:after="34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Пример: пробник 2, математика, задача 16 — спутал расстояние от дома со всем путём — сложить длины участков движения — повтор решён верно.</w:t>
      </w:r>
    </w:p>
    <w:p>
      <w:pPr>
        <w:widowControl/>
        <w:spacing w:before="0" w:after="180" w:line="276" w:lineRule="auto"/>
        <w:ind w:left="0"/>
      </w:pPr>
      <w:r>
        <w:rPr>
          <w:rFonts w:ascii="Arial" w:hAnsi="Arial"/>
          <w:b w:val="0"/>
          <w:color w:val="000000"/>
          <w:sz w:val="22"/>
        </w:rPr>
        <w:t>Перед ответом проверьте ограничения, единицы и смысл результата. Для D укажите два допустимых случая. Для минимума или максимума докажите границу и приведите пример достижения.</w:t>
      </w:r>
    </w:p>
    <w:p>
      <w:pPr>
        <w:pStyle w:val="Heading1"/>
        <w:pageBreakBefore/>
        <w:widowControl/>
        <w:spacing w:before="0" w:after="160" w:line="276" w:lineRule="auto"/>
        <w:ind w:left="0"/>
      </w:pPr>
      <w:r>
        <w:rPr>
          <w:rFonts w:ascii="Arial" w:hAnsi="Arial"/>
          <w:b/>
          <w:color w:val="000000"/>
          <w:sz w:val="42"/>
        </w:rPr>
        <w:t>Источники и сведения об издании</w:t>
      </w:r>
    </w:p>
    <w:p>
      <w:pPr>
        <w:widowControl/>
        <w:spacing w:before="0" w:after="420" w:line="276" w:lineRule="auto"/>
        <w:ind w:left="0"/>
      </w:pPr>
      <w:r>
        <w:rPr>
          <w:rFonts w:ascii="Arial" w:hAnsi="Arial"/>
          <w:b w:val="0"/>
          <w:color w:val="000000"/>
          <w:sz w:val="20"/>
        </w:rPr>
        <w:t>Дополненное издание с задачами повышенной сложности</w:t>
      </w:r>
    </w:p>
    <w:p>
      <w:pPr>
        <w:widowControl/>
        <w:spacing w:before="0" w:after="24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За основу анализа формата взяты официальные образцы НИШ и памятка к тестированию. Для сравнения подачи изучались общедоступный семистраничный фрагмент сборника Bolashak School с решениями и отдельный файл ключей. Полные закрытые коммерческие сборники не использовались.</w:t>
      </w:r>
    </w:p>
    <w:p>
      <w:pPr>
        <w:widowControl/>
        <w:spacing w:before="0" w:after="24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В этом издании 520 авторских заданий. Добавлен блок повышенной сложности 181–220: 24 математические задачи и 16 сравнений величин с ключами и подробными разборами. Прежние 480 заданий, их ответы и номера сохранены. Содержание и PDF-закладки обновлены. Новые задачи созданы специально для этого сборника.</w:t>
      </w:r>
    </w:p>
    <w:p>
      <w:pPr>
        <w:widowControl/>
        <w:spacing w:before="0" w:after="280" w:line="276" w:lineRule="auto"/>
        <w:ind w:left="0"/>
      </w:pPr>
      <w:r>
        <w:rPr>
          <w:rFonts w:ascii="Arial" w:hAnsi="Arial"/>
          <w:b w:val="0"/>
          <w:color w:val="000000"/>
          <w:sz w:val="21"/>
        </w:rPr>
        <w:t>Всего 520 авторских заданий. Графические данные используются в 32 заданиях: 16 в отдельном разделе и по 8 в вариантах 2 и 3. Рисунки, графики, условия и решения созданы для этой книги. Метки сложности отражают авторскую оценку; статистической проверки на экзаменационной выборке не было.</w:t>
      </w:r>
    </w:p>
    <w:p>
      <w:pPr>
        <w:widowControl/>
        <w:spacing w:before="0" w:after="100" w:line="276" w:lineRule="auto"/>
        <w:ind w:left="0"/>
      </w:pPr>
      <w:r>
        <w:rPr>
          <w:rFonts w:ascii="Arial" w:hAnsi="Arial"/>
          <w:b w:val="0"/>
          <w:color w:val="000000"/>
          <w:sz w:val="19"/>
        </w:rPr>
        <w:t>1. НИШ. Памятка к комплексному тестированию. Формат и время разделов.</w:t>
      </w:r>
    </w:p>
    <w:p>
      <w:pPr>
        <w:widowControl/>
        <w:spacing w:before="0" w:after="240" w:line="276" w:lineRule="auto"/>
        <w:ind w:left="0"/>
      </w:pPr>
      <w:r>
        <w:rPr>
          <w:rFonts w:ascii="Arial" w:hAnsi="Arial"/>
          <w:b w:val="0"/>
          <w:color w:val="000000"/>
          <w:sz w:val="17"/>
        </w:rPr>
        <w:t>https://nis.edu.kz/storage/files/01K9E6B9J358W8M3C06ZC40A62.pdf</w:t>
      </w:r>
    </w:p>
    <w:p>
      <w:pPr>
        <w:widowControl/>
        <w:spacing w:before="0" w:after="100" w:line="276" w:lineRule="auto"/>
        <w:ind w:left="0"/>
      </w:pPr>
      <w:r>
        <w:rPr>
          <w:rFonts w:ascii="Arial" w:hAnsi="Arial"/>
          <w:b w:val="0"/>
          <w:color w:val="000000"/>
          <w:sz w:val="19"/>
        </w:rPr>
        <w:t>2. НИШ. Образцы тестовых заданий конкурсного отбора в 7 классы. День 1.</w:t>
      </w:r>
    </w:p>
    <w:p>
      <w:pPr>
        <w:widowControl/>
        <w:spacing w:before="0" w:after="240" w:line="276" w:lineRule="auto"/>
        <w:ind w:left="0"/>
      </w:pPr>
      <w:r>
        <w:rPr>
          <w:rFonts w:ascii="Arial" w:hAnsi="Arial"/>
          <w:b w:val="0"/>
          <w:color w:val="000000"/>
          <w:sz w:val="17"/>
        </w:rPr>
        <w:t>https://www.nis.edu.kz/storage/files/01JSJ1FMQBQMCEGGVJ7ZTC4ESA.pdf</w:t>
      </w:r>
    </w:p>
    <w:p>
      <w:pPr>
        <w:widowControl/>
        <w:spacing w:before="0" w:after="100" w:line="276" w:lineRule="auto"/>
        <w:ind w:left="0"/>
      </w:pPr>
      <w:r>
        <w:rPr>
          <w:rFonts w:ascii="Arial" w:hAnsi="Arial"/>
          <w:b w:val="0"/>
          <w:color w:val="000000"/>
          <w:sz w:val="19"/>
        </w:rPr>
        <w:t>3. Нажмадинова Әлия, Есіркенов Алмат, Бегман Диас. Сборник тестов с решениями для подготовки в НИШ, БИЛ, РФМШ по математике и логике. Алматы, 2021. Открытый фрагмент, 7 страниц.</w:t>
      </w:r>
    </w:p>
    <w:p>
      <w:pPr>
        <w:widowControl/>
        <w:spacing w:before="0" w:after="240" w:line="276" w:lineRule="auto"/>
        <w:ind w:left="0"/>
      </w:pPr>
      <w:r>
        <w:rPr>
          <w:rFonts w:ascii="Arial" w:hAnsi="Arial"/>
          <w:b w:val="0"/>
          <w:color w:val="000000"/>
          <w:sz w:val="17"/>
        </w:rPr>
        <w:t>https://schoolbolashak.kz/img/otdv/msr.pdf</w:t>
      </w:r>
    </w:p>
    <w:p>
      <w:pPr>
        <w:widowControl/>
        <w:spacing w:before="0" w:after="100" w:line="276" w:lineRule="auto"/>
        <w:ind w:left="0"/>
      </w:pPr>
      <w:r>
        <w:rPr>
          <w:rFonts w:ascii="Arial" w:hAnsi="Arial"/>
          <w:b w:val="0"/>
          <w:color w:val="000000"/>
          <w:sz w:val="19"/>
        </w:rPr>
        <w:t>4. Bolashak School. Сборник тестов для поступления в НИШ. Опубликованный файл ответов. Год в имени файла: 2017; использован только для анализа организации ключей.</w:t>
      </w:r>
    </w:p>
    <w:p>
      <w:pPr>
        <w:widowControl/>
        <w:spacing w:before="0" w:after="240" w:line="276" w:lineRule="auto"/>
        <w:ind w:left="0"/>
      </w:pPr>
      <w:r>
        <w:rPr>
          <w:rFonts w:ascii="Arial" w:hAnsi="Arial"/>
          <w:b w:val="0"/>
          <w:color w:val="000000"/>
          <w:sz w:val="17"/>
        </w:rPr>
        <w:t>https://schoolbolashak.kz/img/otvety/nish-otvety-2017.pdf</w:t>
      </w:r>
    </w:p>
    <w:p>
      <w:pPr>
        <w:widowControl/>
        <w:spacing w:before="0" w:after="180" w:line="276" w:lineRule="auto"/>
        <w:ind w:left="0"/>
      </w:pPr>
      <w:r>
        <w:rPr>
          <w:rFonts w:ascii="Arial" w:hAnsi="Arial"/>
          <w:b w:val="0"/>
          <w:color w:val="000000"/>
          <w:sz w:val="19"/>
        </w:rPr>
        <w:t>Дата обращения: 19 октября 2026 года. Перед экзаменом сверяйте действующие инструкции на nis.edu.kz.</w:t>
      </w:r>
    </w:p>
    <w:sectPr w:rsidR="00FC693F" w:rsidRPr="0006063C" w:rsidSect="00034616">
      <w:headerReference w:type="default" r:id="rId9"/>
      <w:footerReference w:type="default" r:id="rId10"/>
      <w:headerReference w:type="first" r:id="rId28"/>
      <w:headerReference w:type="even" r:id="rId29"/>
      <w:pgSz w:w="11906" w:h="16838"/>
      <w:pgMar w:top="1040" w:right="980" w:bottom="1000" w:left="980" w:header="420" w:footer="4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946" w:val="right"/>
      </w:tabs>
    </w:pPr>
    <w:r>
      <w:rPr>
        <w:rFonts w:ascii="Arial" w:hAnsi="Arial"/>
        <w:color w:val="64727A"/>
        <w:sz w:val="16"/>
      </w:rPr>
      <w:t>УЧЕБНЫЙ СБОРНИК  ·  2026</w:t>
      <w:tab/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466" w:val="right"/>
      </w:tabs>
    </w:pPr>
    <w:r>
      <w:rPr>
        <w:rFonts w:ascii="Arial" w:hAnsi="Arial"/>
        <w:sz w:val="16"/>
      </w:rPr>
      <w:t>НИШ  /  МАТЕМАТИКА И КОЛИЧЕСТВЕННЫЕ ХАРАКТЕРИСТИКИ</w:t>
    </w: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/>
          <v:textpath on="t" fitshape="t"/>
          <v:handles>
            <v:h position="#0,bottomRight" xrange="6629,14971"/>
          </v:handles>
          <o:lock v:ext="edit" text="t" shapetype="t"/>
        </v:shapetype>
        <v:shape id="ZiyatAcademyWatermark" type="#_x0000_t136" style="position:absolute;margin-left:0;margin-top:0;width:430pt;height:66pt;rotation:315;z-index:251654144;mso-position-horizontal:center;mso-position-horizontal-relative:page;mso-position-vertical:center;mso-position-vertical-relative:page" o:allowincell="f" fillcolor="#264257" stroked="f">
          <v:fill opacity="0.085"/>
          <v:textpath style="font-family:Arial;font-size:64pt" string="Ziyat Academy"/>
          <o:lock v:ext="edit" rotation="t"/>
        </v:shape>
      </w:pict>
    </w:r>
    <w:r>
      <w:rPr>
        <w:rFonts w:ascii="Arial" w:hAnsi="Arial"/>
        <w:b/>
        <w:color w:val="14572E"/>
        <w:sz w:val="16"/>
      </w:rPr>
      <w:tab/>
      <w:t>Ziyat Academy</w:t>
    </w:r>
    <w:r>
      <w:drawing>
        <wp:anchor distT="0" distB="0" distL="0" distR="0" simplePos="0" relativeHeight="251660288" behindDoc="0" locked="0" layoutInCell="1" allowOverlap="1">
          <wp:simplePos x="0" y="0"/>
          <wp:positionH relativeFrom="page">
            <wp:posOffset>6683705</wp:posOffset>
          </wp:positionH>
          <wp:positionV relativeFrom="page">
            <wp:posOffset>190500</wp:posOffset>
          </wp:positionV>
          <wp:extent cx="254000" cy="254000"/>
          <wp:effectExtent l="0" t="0" r="0" b="0"/>
          <wp:wrapNone/>
          <wp:docPr id="1001" name="Ziyat Academy logo" descr="Ziyat Academy school logo supplied by the user"/>
          <wp:cNvGraphicFramePr xmlns:a="http://schemas.openxmlformats.org/drawingml/2006/main">
            <a:graphicFrameLocks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ziyat_academy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4000" cy="254000"/>
                  </a:xfrm>
                  <a:prstGeom prst="rect"/>
                </pic:spPr>
              </pic:pic>
            </a:graphicData>
          </a:graphic>
        </wp:anchor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line="240" w:lineRule="auto" w:before="0" w:after="0"/>
      <w:ind w:right="1000"/>
      <w:jc w:val="right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/>
          <v:textpath on="t" fitshape="t"/>
          <v:handles>
            <v:h position="#0,bottomRight" xrange="6629,14971"/>
          </v:handles>
          <o:lock v:ext="edit" text="t" shapetype="t"/>
        </v:shapetype>
        <v:shape id="ZiyatAcademyWatermark" type="#_x0000_t136" style="position:absolute;margin-left:0;margin-top:620pt;width:270pt;height:44pt;rotation:315;z-index:251654144;mso-position-horizontal:center;mso-position-horizontal-relative:page;mso-position-vertical:absolute;mso-position-vertical-relative:page" o:allowincell="f" fillcolor="#264257" stroked="f">
          <v:fill opacity="0.085"/>
          <v:textpath style="font-family:Arial;font-size:38pt" string="Ziyat Academy"/>
          <o:lock v:ext="edit" rotation="t"/>
        </v:shape>
      </w:pict>
    </w:r>
    <w:r>
      <w:rPr>
        <w:rFonts w:ascii="Arial" w:hAnsi="Arial"/>
        <w:b/>
        <w:color w:val="14572E"/>
        <w:sz w:val="28"/>
      </w:rPr>
      <w:t>Ziyat Academy</w:t>
    </w:r>
    <w:r>
      <w:drawing>
        <wp:anchor distT="0" distB="0" distL="0" distR="0" simplePos="0" relativeHeight="251660288" behindDoc="0" locked="0" layoutInCell="1" allowOverlap="1">
          <wp:simplePos x="0" y="0"/>
          <wp:positionH relativeFrom="page">
            <wp:posOffset>6378905</wp:posOffset>
          </wp:positionH>
          <wp:positionV relativeFrom="page">
            <wp:posOffset>114300</wp:posOffset>
          </wp:positionV>
          <wp:extent cx="558800" cy="558800"/>
          <wp:effectExtent l="0" t="0" r="0" b="0"/>
          <wp:wrapNone/>
          <wp:docPr id="1002" name="Ziyat Academy logo" descr="Ziyat Academy school logo supplied by the user"/>
          <wp:cNvGraphicFramePr xmlns:a="http://schemas.openxmlformats.org/drawingml/2006/main">
            <a:graphicFrameLocks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ziyat_academy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58800" cy="558800"/>
                  </a:xfrm>
                  <a:prstGeom prst="rect"/>
                </pic:spPr>
              </pic:pic>
            </a:graphicData>
          </a:graphic>
        </wp:anchor>
      </w:drawing>
    </w: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466" w:val="right"/>
      </w:tabs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/>
          <v:textpath on="t" fitshape="t"/>
          <v:handles>
            <v:h position="#0,bottomRight" xrange="6629,14971"/>
          </v:handles>
          <o:lock v:ext="edit" text="t" shapetype="t"/>
        </v:shapetype>
        <v:shape id="ZiyatAcademyWatermark" type="#_x0000_t136" style="position:absolute;margin-left:0;margin-top:0;width:430pt;height:66pt;rotation:315;z-index:251654144;mso-position-horizontal:center;mso-position-horizontal-relative:page;mso-position-vertical:center;mso-position-vertical-relative:page" o:allowincell="f" fillcolor="#264257" stroked="f">
          <v:fill opacity="0.085"/>
          <v:textpath style="font-family:Arial;font-size:64pt" string="Ziyat Academy"/>
          <o:lock v:ext="edit" rotation="t"/>
        </v:shape>
      </w:pict>
    </w:r>
    <w:r>
      <w:rPr>
        <w:rFonts w:ascii="Arial" w:hAnsi="Arial"/>
        <w:b/>
        <w:color w:val="14572E"/>
        <w:sz w:val="16"/>
      </w:rPr>
      <w:tab/>
      <w:t>Ziyat Academy</w:t>
    </w:r>
    <w:r>
      <w:drawing>
        <wp:anchor distT="0" distB="0" distL="0" distR="0" simplePos="0" relativeHeight="251660288" behindDoc="0" locked="0" layoutInCell="1" allowOverlap="1">
          <wp:simplePos x="0" y="0"/>
          <wp:positionH relativeFrom="page">
            <wp:posOffset>6683705</wp:posOffset>
          </wp:positionH>
          <wp:positionV relativeFrom="page">
            <wp:posOffset>190500</wp:posOffset>
          </wp:positionV>
          <wp:extent cx="254000" cy="254000"/>
          <wp:effectExtent l="0" t="0" r="0" b="0"/>
          <wp:wrapNone/>
          <wp:docPr id="1003" name="Ziyat Academy logo" descr="Ziyat Academy school logo supplied by the user"/>
          <wp:cNvGraphicFramePr xmlns:a="http://schemas.openxmlformats.org/drawingml/2006/main">
            <a:graphicFrameLocks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ziyat_academy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4000" cy="2540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Relationship Id="rId25" Type="http://schemas.openxmlformats.org/officeDocument/2006/relationships/image" Target="media/image15.png"/><Relationship Id="rId26" Type="http://schemas.openxmlformats.org/officeDocument/2006/relationships/image" Target="media/image16.png"/><Relationship Id="rId27" Type="http://schemas.openxmlformats.org/officeDocument/2006/relationships/image" Target="media/image17.png"/><Relationship Id="rId28" Type="http://schemas.openxmlformats.org/officeDocument/2006/relationships/header" Target="header2.xml"/><Relationship Id="rId29" Type="http://schemas.openxmlformats.org/officeDocument/2006/relationships/header" Target="header3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8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8.png"/></Relationships>
</file>

<file path=word/_rels/header3.xml.rels><?xml version='1.0' encoding='UTF-8' standalone='yes'?>
<Relationships xmlns="http://schemas.openxmlformats.org/package/2006/relationships"><Relationship Id="rId1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к НИШ · Ziyat Academy</dc:title>
  <dc:subject>Ziyat Academy · Русская версия</dc:subject>
  <dc:creator>Ziyat Academy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